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5692C" w14:textId="77777777" w:rsidR="003C4553" w:rsidRPr="00C82125" w:rsidRDefault="003C4553" w:rsidP="003C4553">
      <w:pPr>
        <w:jc w:val="center"/>
        <w:rPr>
          <w:rFonts w:cstheme="minorHAnsi"/>
          <w:b/>
          <w:sz w:val="32"/>
          <w:szCs w:val="28"/>
        </w:rPr>
      </w:pPr>
      <w:r w:rsidRPr="00C82125">
        <w:rPr>
          <w:rFonts w:cstheme="minorHAnsi"/>
          <w:noProof/>
        </w:rPr>
        <w:drawing>
          <wp:anchor distT="0" distB="0" distL="114300" distR="114300" simplePos="0" relativeHeight="251659264" behindDoc="1" locked="0" layoutInCell="1" allowOverlap="1" wp14:anchorId="39479D77" wp14:editId="4CC30649">
            <wp:simplePos x="0" y="0"/>
            <wp:positionH relativeFrom="column">
              <wp:posOffset>76200</wp:posOffset>
            </wp:positionH>
            <wp:positionV relativeFrom="paragraph">
              <wp:posOffset>0</wp:posOffset>
            </wp:positionV>
            <wp:extent cx="2076450" cy="1007110"/>
            <wp:effectExtent l="0" t="0" r="0" b="2540"/>
            <wp:wrapSquare wrapText="bothSides"/>
            <wp:docPr id="1" name="Picture 1" descr="gmh-logo-illustrator_upda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mh-logo-illustrator_updated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00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82125">
        <w:rPr>
          <w:rFonts w:cstheme="minorHAnsi"/>
          <w:b/>
          <w:sz w:val="32"/>
          <w:szCs w:val="28"/>
        </w:rPr>
        <w:t>Global Center on Climate Change, Water, Energy, Food, and Health Systems</w:t>
      </w:r>
    </w:p>
    <w:p w14:paraId="73908DE7" w14:textId="77777777" w:rsidR="003C4553" w:rsidRPr="00C82125" w:rsidRDefault="003C4553" w:rsidP="003C4553">
      <w:pPr>
        <w:spacing w:after="0" w:line="240" w:lineRule="auto"/>
        <w:jc w:val="center"/>
        <w:rPr>
          <w:rFonts w:cstheme="minorHAnsi"/>
          <w:b/>
          <w:sz w:val="10"/>
          <w:szCs w:val="6"/>
        </w:rPr>
      </w:pPr>
    </w:p>
    <w:p w14:paraId="356686A1" w14:textId="0F357389" w:rsidR="003C4553" w:rsidRPr="00C82125" w:rsidRDefault="003C4553" w:rsidP="003C4553">
      <w:pPr>
        <w:jc w:val="center"/>
        <w:rPr>
          <w:rFonts w:cstheme="minorHAnsi"/>
          <w:b/>
          <w:sz w:val="32"/>
        </w:rPr>
      </w:pPr>
      <w:r w:rsidRPr="00C82125">
        <w:rPr>
          <w:rFonts w:cstheme="minorHAnsi"/>
          <w:b/>
          <w:sz w:val="32"/>
        </w:rPr>
        <w:t xml:space="preserve">Pilot Grants </w:t>
      </w:r>
      <w:r>
        <w:rPr>
          <w:rFonts w:cstheme="minorHAnsi"/>
          <w:b/>
          <w:sz w:val="32"/>
        </w:rPr>
        <w:t>Program</w:t>
      </w:r>
      <w:r w:rsidRPr="00C82125">
        <w:rPr>
          <w:rFonts w:cstheme="minorHAnsi"/>
          <w:b/>
          <w:sz w:val="32"/>
        </w:rPr>
        <w:t xml:space="preserve"> </w:t>
      </w:r>
      <w:r w:rsidR="00A25C06">
        <w:rPr>
          <w:rFonts w:cstheme="minorHAnsi"/>
          <w:b/>
          <w:sz w:val="32"/>
        </w:rPr>
        <w:t>4</w:t>
      </w:r>
      <w:r w:rsidR="00A25C06" w:rsidRPr="00A25C06">
        <w:rPr>
          <w:rFonts w:cstheme="minorHAnsi"/>
          <w:b/>
          <w:sz w:val="32"/>
          <w:vertAlign w:val="superscript"/>
        </w:rPr>
        <w:t>th</w:t>
      </w:r>
      <w:r w:rsidR="00A25C06">
        <w:rPr>
          <w:rFonts w:cstheme="minorHAnsi"/>
          <w:b/>
          <w:sz w:val="32"/>
        </w:rPr>
        <w:t xml:space="preserve"> </w:t>
      </w:r>
      <w:r w:rsidRPr="00C82125">
        <w:rPr>
          <w:rFonts w:cstheme="minorHAnsi"/>
          <w:b/>
          <w:sz w:val="32"/>
        </w:rPr>
        <w:t>Call for Proposals</w:t>
      </w:r>
    </w:p>
    <w:p w14:paraId="4540DF19" w14:textId="0BB4BBAC" w:rsidR="00E164F9" w:rsidRPr="007C14B2" w:rsidRDefault="003C4553" w:rsidP="003C4553">
      <w:pPr>
        <w:pStyle w:val="Heading1"/>
        <w:spacing w:before="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 xml:space="preserve">Annex 1 - </w:t>
      </w:r>
      <w:r w:rsidR="00692C72" w:rsidRPr="007C14B2">
        <w:rPr>
          <w:rFonts w:asciiTheme="minorHAnsi" w:hAnsiTheme="minorHAnsi"/>
        </w:rPr>
        <w:t xml:space="preserve">Application Form for Pilot </w:t>
      </w:r>
      <w:r w:rsidR="003C1C1F" w:rsidRPr="007C14B2">
        <w:rPr>
          <w:rFonts w:asciiTheme="minorHAnsi" w:hAnsiTheme="minorHAnsi"/>
        </w:rPr>
        <w:t>Grants</w:t>
      </w:r>
      <w:r w:rsidR="00692C72" w:rsidRPr="007C14B2">
        <w:rPr>
          <w:rFonts w:asciiTheme="minorHAnsi" w:hAnsiTheme="minorHAnsi"/>
        </w:rPr>
        <w:t xml:space="preserve"> Program</w:t>
      </w:r>
    </w:p>
    <w:p w14:paraId="64BB9E64" w14:textId="77777777" w:rsidR="00E164F9" w:rsidRPr="007C14B2" w:rsidRDefault="00692C72" w:rsidP="003C1C1F">
      <w:pPr>
        <w:pStyle w:val="Heading2"/>
        <w:rPr>
          <w:rFonts w:asciiTheme="minorHAnsi" w:hAnsiTheme="minorHAnsi"/>
        </w:rPr>
      </w:pPr>
      <w:r w:rsidRPr="007C14B2">
        <w:rPr>
          <w:rFonts w:asciiTheme="minorHAnsi" w:hAnsiTheme="minorHAnsi"/>
        </w:rPr>
        <w:t>Applicant Contact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6215"/>
      </w:tblGrid>
      <w:tr w:rsidR="00E164F9" w:rsidRPr="007C14B2" w14:paraId="6001FDE6" w14:textId="77777777" w:rsidTr="007C14B2">
        <w:tc>
          <w:tcPr>
            <w:tcW w:w="2425" w:type="dxa"/>
          </w:tcPr>
          <w:p w14:paraId="0CB85A24" w14:textId="77777777" w:rsidR="00E164F9" w:rsidRPr="007C14B2" w:rsidRDefault="00692C72" w:rsidP="007C14B2">
            <w:pPr>
              <w:spacing w:after="120"/>
            </w:pPr>
            <w:r w:rsidRPr="007C14B2">
              <w:t>Organization Name:</w:t>
            </w:r>
          </w:p>
        </w:tc>
        <w:tc>
          <w:tcPr>
            <w:tcW w:w="6215" w:type="dxa"/>
          </w:tcPr>
          <w:p w14:paraId="1766DB91" w14:textId="77777777" w:rsidR="00E164F9" w:rsidRPr="007C14B2" w:rsidRDefault="00E164F9" w:rsidP="007C14B2">
            <w:pPr>
              <w:spacing w:after="120"/>
            </w:pPr>
          </w:p>
        </w:tc>
      </w:tr>
      <w:tr w:rsidR="00E164F9" w:rsidRPr="007C14B2" w14:paraId="601DC763" w14:textId="77777777" w:rsidTr="007C14B2">
        <w:tc>
          <w:tcPr>
            <w:tcW w:w="2425" w:type="dxa"/>
          </w:tcPr>
          <w:p w14:paraId="4776518C" w14:textId="77777777" w:rsidR="00E164F9" w:rsidRPr="007C14B2" w:rsidRDefault="00692C72" w:rsidP="007C14B2">
            <w:pPr>
              <w:spacing w:after="120"/>
            </w:pPr>
            <w:r w:rsidRPr="007C14B2">
              <w:t>Contact Person:</w:t>
            </w:r>
          </w:p>
        </w:tc>
        <w:tc>
          <w:tcPr>
            <w:tcW w:w="6215" w:type="dxa"/>
          </w:tcPr>
          <w:p w14:paraId="21233E67" w14:textId="77777777" w:rsidR="00E164F9" w:rsidRPr="007C14B2" w:rsidRDefault="00E164F9" w:rsidP="007C14B2">
            <w:pPr>
              <w:spacing w:after="120"/>
            </w:pPr>
          </w:p>
        </w:tc>
      </w:tr>
      <w:tr w:rsidR="00E164F9" w:rsidRPr="007C14B2" w14:paraId="11C6F29A" w14:textId="77777777" w:rsidTr="007C14B2">
        <w:tc>
          <w:tcPr>
            <w:tcW w:w="2425" w:type="dxa"/>
          </w:tcPr>
          <w:p w14:paraId="7177163A" w14:textId="77777777" w:rsidR="00E164F9" w:rsidRPr="007C14B2" w:rsidRDefault="00692C72" w:rsidP="007C14B2">
            <w:pPr>
              <w:spacing w:after="120"/>
            </w:pPr>
            <w:r w:rsidRPr="007C14B2">
              <w:t>Email Address:</w:t>
            </w:r>
          </w:p>
        </w:tc>
        <w:tc>
          <w:tcPr>
            <w:tcW w:w="6215" w:type="dxa"/>
          </w:tcPr>
          <w:p w14:paraId="009C932E" w14:textId="77777777" w:rsidR="00E164F9" w:rsidRPr="007C14B2" w:rsidRDefault="00E164F9" w:rsidP="007C14B2">
            <w:pPr>
              <w:spacing w:after="120"/>
            </w:pPr>
          </w:p>
        </w:tc>
      </w:tr>
      <w:tr w:rsidR="00E164F9" w:rsidRPr="007C14B2" w14:paraId="12A251A0" w14:textId="77777777" w:rsidTr="007C14B2">
        <w:tc>
          <w:tcPr>
            <w:tcW w:w="2425" w:type="dxa"/>
          </w:tcPr>
          <w:p w14:paraId="1855BBD7" w14:textId="77777777" w:rsidR="00E164F9" w:rsidRPr="007C14B2" w:rsidRDefault="00692C72" w:rsidP="007C14B2">
            <w:pPr>
              <w:spacing w:after="120"/>
            </w:pPr>
            <w:r w:rsidRPr="007C14B2">
              <w:t>Phone Number:</w:t>
            </w:r>
          </w:p>
        </w:tc>
        <w:tc>
          <w:tcPr>
            <w:tcW w:w="6215" w:type="dxa"/>
          </w:tcPr>
          <w:p w14:paraId="2C13E76F" w14:textId="77777777" w:rsidR="00E164F9" w:rsidRPr="007C14B2" w:rsidRDefault="00E164F9" w:rsidP="007C14B2">
            <w:pPr>
              <w:spacing w:after="120"/>
            </w:pPr>
          </w:p>
        </w:tc>
      </w:tr>
      <w:tr w:rsidR="00E164F9" w:rsidRPr="007C14B2" w14:paraId="1F5BFD2A" w14:textId="77777777" w:rsidTr="007C14B2">
        <w:tc>
          <w:tcPr>
            <w:tcW w:w="2425" w:type="dxa"/>
          </w:tcPr>
          <w:p w14:paraId="78221D1C" w14:textId="77777777" w:rsidR="00E164F9" w:rsidRPr="007C14B2" w:rsidRDefault="00692C72" w:rsidP="007C14B2">
            <w:pPr>
              <w:spacing w:after="120"/>
            </w:pPr>
            <w:r w:rsidRPr="007C14B2">
              <w:t>Address:</w:t>
            </w:r>
          </w:p>
        </w:tc>
        <w:tc>
          <w:tcPr>
            <w:tcW w:w="6215" w:type="dxa"/>
          </w:tcPr>
          <w:p w14:paraId="4FC3A349" w14:textId="77777777" w:rsidR="00E164F9" w:rsidRPr="007C14B2" w:rsidRDefault="00E164F9" w:rsidP="007C14B2">
            <w:pPr>
              <w:spacing w:after="120"/>
            </w:pPr>
          </w:p>
        </w:tc>
      </w:tr>
    </w:tbl>
    <w:p w14:paraId="270BFF56" w14:textId="77777777" w:rsidR="00E164F9" w:rsidRPr="007C14B2" w:rsidRDefault="00692C72" w:rsidP="003C1C1F">
      <w:pPr>
        <w:pStyle w:val="Heading2"/>
        <w:rPr>
          <w:rFonts w:asciiTheme="minorHAnsi" w:hAnsiTheme="minorHAnsi"/>
        </w:rPr>
      </w:pPr>
      <w:r w:rsidRPr="007C14B2">
        <w:rPr>
          <w:rFonts w:asciiTheme="minorHAnsi" w:hAnsiTheme="minorHAnsi"/>
        </w:rPr>
        <w:t>Proposal Title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6462"/>
      </w:tblGrid>
      <w:tr w:rsidR="00E164F9" w:rsidRPr="007C14B2" w14:paraId="10B6FA9C" w14:textId="77777777" w:rsidTr="003C1C1F">
        <w:tc>
          <w:tcPr>
            <w:tcW w:w="2178" w:type="dxa"/>
          </w:tcPr>
          <w:p w14:paraId="124F603C" w14:textId="77777777" w:rsidR="00E164F9" w:rsidRPr="007C14B2" w:rsidRDefault="00692C72" w:rsidP="003C1C1F">
            <w:r w:rsidRPr="007C14B2">
              <w:t>Title of the Proposal:</w:t>
            </w:r>
          </w:p>
        </w:tc>
        <w:tc>
          <w:tcPr>
            <w:tcW w:w="6462" w:type="dxa"/>
          </w:tcPr>
          <w:p w14:paraId="0A2B970C" w14:textId="77777777" w:rsidR="00E164F9" w:rsidRDefault="00E164F9" w:rsidP="003C1C1F"/>
          <w:p w14:paraId="152BE195" w14:textId="77777777" w:rsidR="007C14B2" w:rsidRDefault="007C14B2" w:rsidP="003C1C1F"/>
          <w:p w14:paraId="4F79DA42" w14:textId="77777777" w:rsidR="007C14B2" w:rsidRPr="007C14B2" w:rsidRDefault="007C14B2" w:rsidP="003C1C1F"/>
        </w:tc>
      </w:tr>
    </w:tbl>
    <w:p w14:paraId="56B8E3F9" w14:textId="140AFA4D" w:rsidR="00E164F9" w:rsidRPr="007C14B2" w:rsidRDefault="00692C72" w:rsidP="003C1C1F">
      <w:pPr>
        <w:pStyle w:val="Heading3"/>
        <w:rPr>
          <w:rFonts w:asciiTheme="minorHAnsi" w:hAnsiTheme="minorHAnsi"/>
        </w:rPr>
      </w:pPr>
      <w:r w:rsidRPr="007C14B2">
        <w:rPr>
          <w:rFonts w:asciiTheme="minorHAnsi" w:hAnsiTheme="minorHAnsi"/>
        </w:rPr>
        <w:t>1. Abstract (</w:t>
      </w:r>
      <w:r w:rsidR="00144450">
        <w:rPr>
          <w:rFonts w:asciiTheme="minorHAnsi" w:hAnsiTheme="minorHAnsi"/>
        </w:rPr>
        <w:t xml:space="preserve">maximum </w:t>
      </w:r>
      <w:r w:rsidRPr="007C14B2">
        <w:rPr>
          <w:rFonts w:asciiTheme="minorHAnsi" w:hAnsiTheme="minorHAnsi"/>
        </w:rPr>
        <w:t>200 words)</w:t>
      </w:r>
    </w:p>
    <w:p w14:paraId="0E0EB53B" w14:textId="77777777" w:rsidR="007C14B2" w:rsidRPr="007C14B2" w:rsidRDefault="00692C72" w:rsidP="003C1C1F">
      <w:pPr>
        <w:rPr>
          <w:i/>
          <w:sz w:val="20"/>
        </w:rPr>
      </w:pPr>
      <w:r w:rsidRPr="007C14B2">
        <w:rPr>
          <w:i/>
          <w:sz w:val="20"/>
        </w:rPr>
        <w:t>Provide a concise summary of the proposed project, highlighting the main objectives and expected outcomes.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C14B2" w:rsidRPr="007C14B2" w14:paraId="2FA4FB0B" w14:textId="77777777" w:rsidTr="007C14B2">
        <w:tc>
          <w:tcPr>
            <w:tcW w:w="9350" w:type="dxa"/>
          </w:tcPr>
          <w:p w14:paraId="654B4FE1" w14:textId="77777777" w:rsidR="007C14B2" w:rsidRPr="007C14B2" w:rsidRDefault="007C14B2" w:rsidP="003C1C1F"/>
          <w:p w14:paraId="15445477" w14:textId="77777777" w:rsidR="007C14B2" w:rsidRPr="007C14B2" w:rsidRDefault="007C14B2" w:rsidP="003C1C1F"/>
          <w:p w14:paraId="79691804" w14:textId="77777777" w:rsidR="007C14B2" w:rsidRPr="007C14B2" w:rsidRDefault="007C14B2" w:rsidP="003C1C1F"/>
          <w:p w14:paraId="4FCB59E6" w14:textId="77777777" w:rsidR="007C14B2" w:rsidRPr="007C14B2" w:rsidRDefault="007C14B2" w:rsidP="003C1C1F"/>
          <w:p w14:paraId="47449D8D" w14:textId="77777777" w:rsidR="007C14B2" w:rsidRDefault="007C14B2" w:rsidP="003C1C1F"/>
          <w:p w14:paraId="2E5D11A0" w14:textId="77777777" w:rsidR="007C14B2" w:rsidRDefault="007C14B2" w:rsidP="003C1C1F"/>
          <w:p w14:paraId="4379F414" w14:textId="77777777" w:rsidR="007C14B2" w:rsidRDefault="007C14B2" w:rsidP="003C1C1F"/>
          <w:p w14:paraId="38956BA6" w14:textId="77777777" w:rsidR="007C14B2" w:rsidRDefault="007C14B2" w:rsidP="003C1C1F"/>
          <w:p w14:paraId="574F849D" w14:textId="77777777" w:rsidR="007C14B2" w:rsidRDefault="007C14B2" w:rsidP="003C1C1F"/>
          <w:p w14:paraId="209F558D" w14:textId="77777777" w:rsidR="007C14B2" w:rsidRDefault="007C14B2" w:rsidP="003C1C1F"/>
          <w:p w14:paraId="1BA1C5E3" w14:textId="77777777" w:rsidR="007C14B2" w:rsidRDefault="007C14B2" w:rsidP="003C1C1F"/>
          <w:p w14:paraId="283149C4" w14:textId="77777777" w:rsidR="007C14B2" w:rsidRDefault="007C14B2" w:rsidP="003C1C1F"/>
          <w:p w14:paraId="05E7B5CE" w14:textId="77777777" w:rsidR="007C14B2" w:rsidRDefault="007C14B2" w:rsidP="003C1C1F"/>
          <w:p w14:paraId="25364BE5" w14:textId="77777777" w:rsidR="007C14B2" w:rsidRPr="007C14B2" w:rsidRDefault="007C14B2" w:rsidP="003C1C1F"/>
          <w:p w14:paraId="2F0A628A" w14:textId="77777777" w:rsidR="007C14B2" w:rsidRDefault="007C14B2" w:rsidP="003C1C1F"/>
          <w:p w14:paraId="3C731383" w14:textId="77777777" w:rsidR="007C14B2" w:rsidRDefault="007C14B2" w:rsidP="003C1C1F"/>
          <w:p w14:paraId="26A9F655" w14:textId="77777777" w:rsidR="007C14B2" w:rsidRPr="007C14B2" w:rsidRDefault="007C14B2" w:rsidP="003C1C1F"/>
          <w:p w14:paraId="615BDBC4" w14:textId="77777777" w:rsidR="007C14B2" w:rsidRPr="007C14B2" w:rsidRDefault="007C14B2" w:rsidP="003C1C1F"/>
          <w:p w14:paraId="1C0AD395" w14:textId="77777777" w:rsidR="007C14B2" w:rsidRPr="007C14B2" w:rsidRDefault="007C14B2" w:rsidP="003C1C1F"/>
          <w:p w14:paraId="6663CBC0" w14:textId="77777777" w:rsidR="007C14B2" w:rsidRPr="007C14B2" w:rsidRDefault="007C14B2" w:rsidP="003C1C1F"/>
          <w:p w14:paraId="1D8C6FAD" w14:textId="77777777" w:rsidR="007C14B2" w:rsidRPr="007C14B2" w:rsidRDefault="007C14B2" w:rsidP="003C1C1F"/>
        </w:tc>
      </w:tr>
    </w:tbl>
    <w:p w14:paraId="673F9B80" w14:textId="2BDF6DB8" w:rsidR="00E164F9" w:rsidRPr="007C14B2" w:rsidRDefault="00692C72" w:rsidP="003C1C1F">
      <w:pPr>
        <w:pStyle w:val="Heading3"/>
        <w:rPr>
          <w:rFonts w:asciiTheme="minorHAnsi" w:hAnsiTheme="minorHAnsi"/>
        </w:rPr>
      </w:pPr>
      <w:r w:rsidRPr="007C14B2">
        <w:rPr>
          <w:rFonts w:asciiTheme="minorHAnsi" w:hAnsiTheme="minorHAnsi"/>
        </w:rPr>
        <w:lastRenderedPageBreak/>
        <w:t>2. Introduction/Background Information (</w:t>
      </w:r>
      <w:r w:rsidR="00144450" w:rsidRPr="00144450">
        <w:rPr>
          <w:rFonts w:asciiTheme="minorHAnsi" w:hAnsiTheme="minorHAnsi"/>
        </w:rPr>
        <w:t>maximum</w:t>
      </w:r>
      <w:r w:rsidR="00144450">
        <w:rPr>
          <w:rFonts w:asciiTheme="minorHAnsi" w:hAnsiTheme="minorHAnsi"/>
        </w:rPr>
        <w:t xml:space="preserve"> </w:t>
      </w:r>
      <w:r w:rsidRPr="007C14B2">
        <w:rPr>
          <w:rFonts w:asciiTheme="minorHAnsi" w:hAnsiTheme="minorHAnsi"/>
        </w:rPr>
        <w:t>400 words)</w:t>
      </w:r>
    </w:p>
    <w:p w14:paraId="0E3D7AC9" w14:textId="77777777" w:rsidR="00E164F9" w:rsidRDefault="00692C72" w:rsidP="003C1C1F">
      <w:pPr>
        <w:rPr>
          <w:i/>
          <w:sz w:val="20"/>
        </w:rPr>
      </w:pPr>
      <w:r w:rsidRPr="007C14B2">
        <w:rPr>
          <w:i/>
          <w:sz w:val="20"/>
        </w:rPr>
        <w:t>Provide relevant context and establish the need for the project. Explain the problem or opportunity the project addresses.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C14B2" w:rsidRPr="007C14B2" w14:paraId="136CC5DD" w14:textId="77777777" w:rsidTr="007C14B2">
        <w:tc>
          <w:tcPr>
            <w:tcW w:w="9350" w:type="dxa"/>
          </w:tcPr>
          <w:p w14:paraId="679C191B" w14:textId="77777777" w:rsidR="007C14B2" w:rsidRPr="007C14B2" w:rsidRDefault="007C14B2" w:rsidP="003C1C1F"/>
          <w:p w14:paraId="6A7C0177" w14:textId="77777777" w:rsidR="007C14B2" w:rsidRPr="007C14B2" w:rsidRDefault="007C14B2" w:rsidP="003C1C1F"/>
          <w:p w14:paraId="32511836" w14:textId="77777777" w:rsidR="007C14B2" w:rsidRPr="007C14B2" w:rsidRDefault="007C14B2" w:rsidP="003C1C1F"/>
          <w:p w14:paraId="6C1A8B42" w14:textId="77777777" w:rsidR="007C14B2" w:rsidRPr="007C14B2" w:rsidRDefault="007C14B2" w:rsidP="003C1C1F"/>
          <w:p w14:paraId="515D534B" w14:textId="77777777" w:rsidR="007C14B2" w:rsidRPr="007C14B2" w:rsidRDefault="007C14B2" w:rsidP="003C1C1F"/>
          <w:p w14:paraId="045148E1" w14:textId="77777777" w:rsidR="007C14B2" w:rsidRPr="007C14B2" w:rsidRDefault="007C14B2" w:rsidP="003C1C1F"/>
          <w:p w14:paraId="3D65910B" w14:textId="77777777" w:rsidR="007C14B2" w:rsidRPr="007C14B2" w:rsidRDefault="007C14B2" w:rsidP="003C1C1F"/>
          <w:p w14:paraId="7C7A1A66" w14:textId="77777777" w:rsidR="007C14B2" w:rsidRPr="007C14B2" w:rsidRDefault="007C14B2" w:rsidP="003C1C1F"/>
          <w:p w14:paraId="7353BF3A" w14:textId="77777777" w:rsidR="007C14B2" w:rsidRPr="007C14B2" w:rsidRDefault="007C14B2" w:rsidP="003C1C1F"/>
          <w:p w14:paraId="6EDBFDCB" w14:textId="77777777" w:rsidR="007C14B2" w:rsidRPr="007C14B2" w:rsidRDefault="007C14B2" w:rsidP="003C1C1F"/>
          <w:p w14:paraId="08A439FA" w14:textId="77777777" w:rsidR="007C14B2" w:rsidRPr="007C14B2" w:rsidRDefault="007C14B2" w:rsidP="003C1C1F"/>
          <w:p w14:paraId="1F50EE95" w14:textId="77777777" w:rsidR="007C14B2" w:rsidRDefault="007C14B2" w:rsidP="003C1C1F"/>
          <w:p w14:paraId="7EDD9DE5" w14:textId="77777777" w:rsidR="007C14B2" w:rsidRDefault="007C14B2" w:rsidP="003C1C1F"/>
          <w:p w14:paraId="16FF5D3E" w14:textId="77777777" w:rsidR="007C14B2" w:rsidRDefault="007C14B2" w:rsidP="003C1C1F"/>
          <w:p w14:paraId="5DA8E186" w14:textId="77777777" w:rsidR="007C14B2" w:rsidRDefault="007C14B2" w:rsidP="003C1C1F"/>
          <w:p w14:paraId="32E0AEE4" w14:textId="77777777" w:rsidR="007C14B2" w:rsidRDefault="007C14B2" w:rsidP="003C1C1F"/>
          <w:p w14:paraId="70A2392A" w14:textId="77777777" w:rsidR="007C14B2" w:rsidRDefault="007C14B2" w:rsidP="003C1C1F"/>
          <w:p w14:paraId="1A780662" w14:textId="77777777" w:rsidR="007C14B2" w:rsidRDefault="007C14B2" w:rsidP="003C1C1F"/>
          <w:p w14:paraId="0999967A" w14:textId="77777777" w:rsidR="007C14B2" w:rsidRDefault="007C14B2" w:rsidP="003C1C1F"/>
          <w:p w14:paraId="642E74A0" w14:textId="77777777" w:rsidR="007C14B2" w:rsidRDefault="007C14B2" w:rsidP="003C1C1F"/>
          <w:p w14:paraId="653D01B4" w14:textId="77777777" w:rsidR="007C14B2" w:rsidRPr="007C14B2" w:rsidRDefault="007C14B2" w:rsidP="003C1C1F"/>
          <w:p w14:paraId="70773F96" w14:textId="77777777" w:rsidR="007C14B2" w:rsidRPr="007C14B2" w:rsidRDefault="007C14B2" w:rsidP="003C1C1F"/>
          <w:p w14:paraId="29CF5E98" w14:textId="77777777" w:rsidR="007C14B2" w:rsidRPr="007C14B2" w:rsidRDefault="007C14B2" w:rsidP="003C1C1F"/>
        </w:tc>
      </w:tr>
    </w:tbl>
    <w:p w14:paraId="4EEF5E31" w14:textId="73612CBA" w:rsidR="00E164F9" w:rsidRPr="007C14B2" w:rsidRDefault="00692C72" w:rsidP="003C1C1F">
      <w:pPr>
        <w:pStyle w:val="Heading3"/>
        <w:rPr>
          <w:rFonts w:asciiTheme="minorHAnsi" w:hAnsiTheme="minorHAnsi"/>
        </w:rPr>
      </w:pPr>
      <w:r w:rsidRPr="007C14B2">
        <w:rPr>
          <w:rFonts w:asciiTheme="minorHAnsi" w:hAnsiTheme="minorHAnsi"/>
        </w:rPr>
        <w:t>3. Aims (</w:t>
      </w:r>
      <w:r w:rsidR="00144450" w:rsidRPr="00144450">
        <w:rPr>
          <w:rFonts w:asciiTheme="minorHAnsi" w:hAnsiTheme="minorHAnsi"/>
        </w:rPr>
        <w:t>maximum</w:t>
      </w:r>
      <w:r w:rsidR="00144450">
        <w:rPr>
          <w:rFonts w:asciiTheme="minorHAnsi" w:hAnsiTheme="minorHAnsi"/>
        </w:rPr>
        <w:t xml:space="preserve"> </w:t>
      </w:r>
      <w:r w:rsidRPr="007C14B2">
        <w:rPr>
          <w:rFonts w:asciiTheme="minorHAnsi" w:hAnsiTheme="minorHAnsi"/>
        </w:rPr>
        <w:t>200 words)</w:t>
      </w:r>
    </w:p>
    <w:p w14:paraId="4FFD4C66" w14:textId="77777777" w:rsidR="00E164F9" w:rsidRDefault="00692C72" w:rsidP="003C1C1F">
      <w:pPr>
        <w:rPr>
          <w:i/>
          <w:sz w:val="20"/>
        </w:rPr>
      </w:pPr>
      <w:r w:rsidRPr="007C14B2">
        <w:rPr>
          <w:i/>
          <w:sz w:val="20"/>
        </w:rPr>
        <w:t>Clearly state the specific objectives of the project. What are the main goals you aim to achieve?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C14B2" w14:paraId="35B5182E" w14:textId="77777777" w:rsidTr="007C14B2">
        <w:tc>
          <w:tcPr>
            <w:tcW w:w="9350" w:type="dxa"/>
          </w:tcPr>
          <w:p w14:paraId="4368D3A6" w14:textId="77777777" w:rsidR="007C14B2" w:rsidRDefault="007C14B2" w:rsidP="007C14B2"/>
          <w:p w14:paraId="278C650B" w14:textId="77777777" w:rsidR="007C14B2" w:rsidRDefault="007C14B2" w:rsidP="007C14B2"/>
          <w:p w14:paraId="500D1363" w14:textId="77777777" w:rsidR="007C14B2" w:rsidRDefault="007C14B2" w:rsidP="007C14B2"/>
          <w:p w14:paraId="20ADA63E" w14:textId="77777777" w:rsidR="007C14B2" w:rsidRDefault="007C14B2" w:rsidP="007C14B2"/>
          <w:p w14:paraId="40CF53DE" w14:textId="77777777" w:rsidR="007C14B2" w:rsidRDefault="007C14B2" w:rsidP="007C14B2"/>
          <w:p w14:paraId="6CD14017" w14:textId="77777777" w:rsidR="007C14B2" w:rsidRDefault="007C14B2" w:rsidP="007C14B2"/>
          <w:p w14:paraId="3294A765" w14:textId="77777777" w:rsidR="007C14B2" w:rsidRDefault="007C14B2" w:rsidP="007C14B2"/>
          <w:p w14:paraId="0BE69D0B" w14:textId="77777777" w:rsidR="007C14B2" w:rsidRDefault="007C14B2" w:rsidP="007C14B2"/>
          <w:p w14:paraId="2923702F" w14:textId="77777777" w:rsidR="007C14B2" w:rsidRDefault="007C14B2" w:rsidP="007C14B2"/>
          <w:p w14:paraId="4F9395F6" w14:textId="77777777" w:rsidR="007C14B2" w:rsidRDefault="007C14B2" w:rsidP="007C14B2"/>
          <w:p w14:paraId="6BECE4DE" w14:textId="77777777" w:rsidR="007C14B2" w:rsidRDefault="007C14B2" w:rsidP="007C14B2"/>
          <w:p w14:paraId="7A150511" w14:textId="77777777" w:rsidR="007C14B2" w:rsidRDefault="007C14B2" w:rsidP="007C14B2"/>
          <w:p w14:paraId="13705716" w14:textId="77777777" w:rsidR="007C14B2" w:rsidRDefault="007C14B2" w:rsidP="007C14B2"/>
          <w:p w14:paraId="57C9AED9" w14:textId="77777777" w:rsidR="007C14B2" w:rsidRDefault="007C14B2" w:rsidP="007C14B2"/>
          <w:p w14:paraId="6F459C16" w14:textId="77777777" w:rsidR="007C14B2" w:rsidRDefault="007C14B2" w:rsidP="007C14B2"/>
          <w:p w14:paraId="5C81EF5A" w14:textId="77777777" w:rsidR="007C14B2" w:rsidRDefault="007C14B2" w:rsidP="007C14B2"/>
          <w:p w14:paraId="7FC8372B" w14:textId="77777777" w:rsidR="007C14B2" w:rsidRDefault="007C14B2" w:rsidP="007C14B2"/>
          <w:p w14:paraId="3EF966E8" w14:textId="77777777" w:rsidR="007C14B2" w:rsidRDefault="007C14B2" w:rsidP="007C14B2"/>
          <w:p w14:paraId="00ED968C" w14:textId="77777777" w:rsidR="007C14B2" w:rsidRDefault="007C14B2" w:rsidP="007C14B2"/>
        </w:tc>
      </w:tr>
    </w:tbl>
    <w:p w14:paraId="7F6D73B3" w14:textId="53A95852" w:rsidR="00E164F9" w:rsidRPr="007C14B2" w:rsidRDefault="00692C72" w:rsidP="003C1C1F">
      <w:pPr>
        <w:pStyle w:val="Heading3"/>
        <w:rPr>
          <w:rFonts w:asciiTheme="minorHAnsi" w:hAnsiTheme="minorHAnsi"/>
        </w:rPr>
      </w:pPr>
      <w:r w:rsidRPr="007C14B2">
        <w:rPr>
          <w:rFonts w:asciiTheme="minorHAnsi" w:hAnsiTheme="minorHAnsi"/>
        </w:rPr>
        <w:lastRenderedPageBreak/>
        <w:t>4. Approach (</w:t>
      </w:r>
      <w:r w:rsidR="00144450" w:rsidRPr="00144450">
        <w:rPr>
          <w:rFonts w:asciiTheme="minorHAnsi" w:hAnsiTheme="minorHAnsi"/>
        </w:rPr>
        <w:t>maximum</w:t>
      </w:r>
      <w:r w:rsidR="00144450">
        <w:rPr>
          <w:rFonts w:asciiTheme="minorHAnsi" w:hAnsiTheme="minorHAnsi"/>
        </w:rPr>
        <w:t xml:space="preserve"> </w:t>
      </w:r>
      <w:r w:rsidRPr="007C14B2">
        <w:rPr>
          <w:rFonts w:asciiTheme="minorHAnsi" w:hAnsiTheme="minorHAnsi"/>
        </w:rPr>
        <w:t>1000 words)</w:t>
      </w:r>
    </w:p>
    <w:p w14:paraId="24FCA146" w14:textId="77777777" w:rsidR="00E164F9" w:rsidRDefault="00692C72" w:rsidP="003C1C1F">
      <w:pPr>
        <w:rPr>
          <w:i/>
          <w:sz w:val="20"/>
        </w:rPr>
      </w:pPr>
      <w:r w:rsidRPr="007C14B2">
        <w:rPr>
          <w:i/>
          <w:sz w:val="20"/>
        </w:rPr>
        <w:t>Describe the methodology and strategies to be employed. Include a description of the roles of each team member (if applicable). Detail the steps and processes that will be followed to achieve the project aims.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C14B2" w:rsidRPr="007C14B2" w14:paraId="083D9C37" w14:textId="77777777" w:rsidTr="007C14B2">
        <w:tc>
          <w:tcPr>
            <w:tcW w:w="9350" w:type="dxa"/>
          </w:tcPr>
          <w:p w14:paraId="0AC3CF07" w14:textId="77777777" w:rsidR="007C14B2" w:rsidRPr="007C14B2" w:rsidRDefault="007C14B2" w:rsidP="003C1C1F"/>
          <w:p w14:paraId="14E9F5CB" w14:textId="77777777" w:rsidR="007C14B2" w:rsidRPr="007C14B2" w:rsidRDefault="007C14B2" w:rsidP="003C1C1F"/>
          <w:p w14:paraId="6E8733B3" w14:textId="77777777" w:rsidR="007C14B2" w:rsidRPr="007C14B2" w:rsidRDefault="007C14B2" w:rsidP="003C1C1F"/>
          <w:p w14:paraId="53D75AC1" w14:textId="77777777" w:rsidR="007C14B2" w:rsidRPr="007C14B2" w:rsidRDefault="007C14B2" w:rsidP="003C1C1F"/>
          <w:p w14:paraId="07C17A5B" w14:textId="77777777" w:rsidR="007C14B2" w:rsidRPr="007C14B2" w:rsidRDefault="007C14B2" w:rsidP="003C1C1F"/>
          <w:p w14:paraId="247F992D" w14:textId="77777777" w:rsidR="007C14B2" w:rsidRPr="007C14B2" w:rsidRDefault="007C14B2" w:rsidP="003C1C1F"/>
          <w:p w14:paraId="4E241BF4" w14:textId="77777777" w:rsidR="007C14B2" w:rsidRPr="007C14B2" w:rsidRDefault="007C14B2" w:rsidP="003C1C1F"/>
          <w:p w14:paraId="5A5139DA" w14:textId="77777777" w:rsidR="007C14B2" w:rsidRPr="007C14B2" w:rsidRDefault="007C14B2" w:rsidP="003C1C1F"/>
          <w:p w14:paraId="792554B5" w14:textId="77777777" w:rsidR="007C14B2" w:rsidRPr="007C14B2" w:rsidRDefault="007C14B2" w:rsidP="003C1C1F"/>
          <w:p w14:paraId="282F8EE7" w14:textId="77777777" w:rsidR="007C14B2" w:rsidRPr="007C14B2" w:rsidRDefault="007C14B2" w:rsidP="003C1C1F"/>
          <w:p w14:paraId="438A042B" w14:textId="77777777" w:rsidR="007C14B2" w:rsidRPr="007C14B2" w:rsidRDefault="007C14B2" w:rsidP="003C1C1F"/>
          <w:p w14:paraId="20CEADB4" w14:textId="77777777" w:rsidR="007C14B2" w:rsidRPr="007C14B2" w:rsidRDefault="007C14B2" w:rsidP="003C1C1F"/>
          <w:p w14:paraId="33EAA231" w14:textId="77777777" w:rsidR="007C14B2" w:rsidRPr="007C14B2" w:rsidRDefault="007C14B2" w:rsidP="003C1C1F"/>
          <w:p w14:paraId="4B5CF66F" w14:textId="77777777" w:rsidR="007C14B2" w:rsidRPr="007C14B2" w:rsidRDefault="007C14B2" w:rsidP="003C1C1F"/>
          <w:p w14:paraId="4866E8D9" w14:textId="77777777" w:rsidR="007C14B2" w:rsidRPr="007C14B2" w:rsidRDefault="007C14B2" w:rsidP="003C1C1F"/>
          <w:p w14:paraId="2EFFB595" w14:textId="77777777" w:rsidR="007C14B2" w:rsidRPr="007C14B2" w:rsidRDefault="007C14B2" w:rsidP="003C1C1F"/>
          <w:p w14:paraId="22E5EC6C" w14:textId="77777777" w:rsidR="007C14B2" w:rsidRPr="007C14B2" w:rsidRDefault="007C14B2" w:rsidP="003C1C1F"/>
          <w:p w14:paraId="69ABB629" w14:textId="77777777" w:rsidR="007C14B2" w:rsidRPr="007C14B2" w:rsidRDefault="007C14B2" w:rsidP="003C1C1F"/>
          <w:p w14:paraId="7B78354F" w14:textId="77777777" w:rsidR="007C14B2" w:rsidRPr="007C14B2" w:rsidRDefault="007C14B2" w:rsidP="003C1C1F"/>
          <w:p w14:paraId="4DA1FF8D" w14:textId="77777777" w:rsidR="007C14B2" w:rsidRPr="007C14B2" w:rsidRDefault="007C14B2" w:rsidP="003C1C1F"/>
          <w:p w14:paraId="5AD594C5" w14:textId="77777777" w:rsidR="007C14B2" w:rsidRPr="007C14B2" w:rsidRDefault="007C14B2" w:rsidP="003C1C1F"/>
          <w:p w14:paraId="4EB92D85" w14:textId="77777777" w:rsidR="007C14B2" w:rsidRPr="007C14B2" w:rsidRDefault="007C14B2" w:rsidP="003C1C1F"/>
          <w:p w14:paraId="31142CFF" w14:textId="77777777" w:rsidR="007C14B2" w:rsidRPr="007C14B2" w:rsidRDefault="007C14B2" w:rsidP="003C1C1F"/>
          <w:p w14:paraId="6E0EF8C4" w14:textId="77777777" w:rsidR="007C14B2" w:rsidRPr="007C14B2" w:rsidRDefault="007C14B2" w:rsidP="003C1C1F"/>
          <w:p w14:paraId="4F6A7801" w14:textId="77777777" w:rsidR="007C14B2" w:rsidRPr="007C14B2" w:rsidRDefault="007C14B2" w:rsidP="003C1C1F"/>
          <w:p w14:paraId="428AA17E" w14:textId="77777777" w:rsidR="007C14B2" w:rsidRPr="007C14B2" w:rsidRDefault="007C14B2" w:rsidP="003C1C1F"/>
          <w:p w14:paraId="5B624486" w14:textId="77777777" w:rsidR="007C14B2" w:rsidRPr="007C14B2" w:rsidRDefault="007C14B2" w:rsidP="003C1C1F"/>
          <w:p w14:paraId="63EBBC24" w14:textId="77777777" w:rsidR="007C14B2" w:rsidRDefault="007C14B2" w:rsidP="003C1C1F"/>
          <w:p w14:paraId="659DADC2" w14:textId="77777777" w:rsidR="007C14B2" w:rsidRDefault="007C14B2" w:rsidP="003C1C1F"/>
          <w:p w14:paraId="6D1FCEE7" w14:textId="77777777" w:rsidR="007C14B2" w:rsidRDefault="007C14B2" w:rsidP="003C1C1F"/>
          <w:p w14:paraId="7851758A" w14:textId="77777777" w:rsidR="007C14B2" w:rsidRDefault="007C14B2" w:rsidP="003C1C1F"/>
          <w:p w14:paraId="681738A0" w14:textId="77777777" w:rsidR="007C14B2" w:rsidRDefault="007C14B2" w:rsidP="003C1C1F"/>
          <w:p w14:paraId="5DE437F3" w14:textId="77777777" w:rsidR="007C14B2" w:rsidRDefault="007C14B2" w:rsidP="003C1C1F"/>
          <w:p w14:paraId="17435FB7" w14:textId="77777777" w:rsidR="007C14B2" w:rsidRDefault="007C14B2" w:rsidP="003C1C1F"/>
          <w:p w14:paraId="0EBB9B51" w14:textId="77777777" w:rsidR="007C14B2" w:rsidRDefault="007C14B2" w:rsidP="003C1C1F"/>
          <w:p w14:paraId="4E422FDE" w14:textId="77777777" w:rsidR="007C14B2" w:rsidRDefault="007C14B2" w:rsidP="003C1C1F"/>
          <w:p w14:paraId="5C332F63" w14:textId="77777777" w:rsidR="007C14B2" w:rsidRDefault="007C14B2" w:rsidP="003C1C1F"/>
          <w:p w14:paraId="32ADDDB4" w14:textId="77777777" w:rsidR="007C14B2" w:rsidRDefault="007C14B2" w:rsidP="003C1C1F"/>
          <w:p w14:paraId="531F1C14" w14:textId="77777777" w:rsidR="007C14B2" w:rsidRDefault="007C14B2" w:rsidP="003C1C1F"/>
          <w:p w14:paraId="6B85155D" w14:textId="77777777" w:rsidR="007C14B2" w:rsidRDefault="007C14B2" w:rsidP="003C1C1F"/>
          <w:p w14:paraId="6B91726A" w14:textId="77777777" w:rsidR="007C14B2" w:rsidRDefault="007C14B2" w:rsidP="003C1C1F"/>
          <w:p w14:paraId="45DF406C" w14:textId="77777777" w:rsidR="007C14B2" w:rsidRPr="007C14B2" w:rsidRDefault="007C14B2" w:rsidP="003C1C1F"/>
          <w:p w14:paraId="20B74913" w14:textId="77777777" w:rsidR="007C14B2" w:rsidRDefault="007C14B2" w:rsidP="003C1C1F"/>
          <w:p w14:paraId="327B2F93" w14:textId="77777777" w:rsidR="007C14B2" w:rsidRDefault="007C14B2" w:rsidP="003C1C1F"/>
          <w:p w14:paraId="3ADCF3CB" w14:textId="77777777" w:rsidR="007C14B2" w:rsidRPr="007C14B2" w:rsidRDefault="007C14B2" w:rsidP="003C1C1F"/>
          <w:p w14:paraId="498180F9" w14:textId="77777777" w:rsidR="007C14B2" w:rsidRPr="007C14B2" w:rsidRDefault="007C14B2" w:rsidP="003C1C1F"/>
        </w:tc>
      </w:tr>
    </w:tbl>
    <w:p w14:paraId="3A5010C3" w14:textId="643A4EC2" w:rsidR="003656CB" w:rsidRPr="007C14B2" w:rsidRDefault="003656CB" w:rsidP="003656CB">
      <w:pPr>
        <w:pStyle w:val="Heading3"/>
        <w:rPr>
          <w:rFonts w:asciiTheme="minorHAnsi" w:hAnsiTheme="minorHAnsi"/>
        </w:rPr>
      </w:pPr>
      <w:r w:rsidRPr="007C14B2">
        <w:rPr>
          <w:rFonts w:asciiTheme="minorHAnsi" w:hAnsiTheme="minorHAnsi"/>
        </w:rPr>
        <w:lastRenderedPageBreak/>
        <w:t xml:space="preserve">5. </w:t>
      </w:r>
      <w:r>
        <w:rPr>
          <w:rFonts w:asciiTheme="minorHAnsi" w:hAnsiTheme="minorHAnsi"/>
        </w:rPr>
        <w:t>Data collection (maximum 300 words)</w:t>
      </w:r>
    </w:p>
    <w:p w14:paraId="2C9FEE5F" w14:textId="710B8F0E" w:rsidR="003656CB" w:rsidRDefault="003656CB" w:rsidP="003656CB">
      <w:pPr>
        <w:rPr>
          <w:i/>
          <w:sz w:val="20"/>
        </w:rPr>
      </w:pPr>
      <w:r>
        <w:rPr>
          <w:i/>
          <w:sz w:val="20"/>
        </w:rPr>
        <w:t xml:space="preserve">Describe in detail </w:t>
      </w:r>
      <w:r w:rsidRPr="003656CB">
        <w:rPr>
          <w:i/>
          <w:sz w:val="20"/>
        </w:rPr>
        <w:t xml:space="preserve">how </w:t>
      </w:r>
      <w:r w:rsidRPr="003656CB">
        <w:rPr>
          <w:i/>
          <w:sz w:val="20"/>
        </w:rPr>
        <w:t>data will</w:t>
      </w:r>
      <w:r w:rsidRPr="003656CB">
        <w:rPr>
          <w:i/>
          <w:sz w:val="20"/>
        </w:rPr>
        <w:t xml:space="preserve"> be collected for evaluation purposes to determine the success of the project</w:t>
      </w:r>
      <w:r>
        <w:rPr>
          <w:i/>
          <w:sz w:val="20"/>
        </w:rPr>
        <w:t>.</w:t>
      </w:r>
      <w:r w:rsidRPr="003656CB">
        <w:rPr>
          <w:i/>
          <w:sz w:val="20"/>
        </w:rPr>
        <w:t xml:space="preserve"> </w:t>
      </w:r>
      <w:r>
        <w:rPr>
          <w:i/>
          <w:sz w:val="20"/>
        </w:rPr>
        <w:t xml:space="preserve">The collected data needs to be immediately available </w:t>
      </w:r>
      <w:r w:rsidRPr="003656CB">
        <w:rPr>
          <w:i/>
          <w:sz w:val="20"/>
        </w:rPr>
        <w:t>to share with scientific members of the center before the end of the project.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656CB" w:rsidRPr="007C14B2" w14:paraId="48872979" w14:textId="77777777" w:rsidTr="009E28F1">
        <w:tc>
          <w:tcPr>
            <w:tcW w:w="9350" w:type="dxa"/>
          </w:tcPr>
          <w:p w14:paraId="0E886AB6" w14:textId="77777777" w:rsidR="003656CB" w:rsidRDefault="003656CB" w:rsidP="009E28F1"/>
          <w:p w14:paraId="22728470" w14:textId="77777777" w:rsidR="003656CB" w:rsidRDefault="003656CB" w:rsidP="009E28F1"/>
          <w:p w14:paraId="1E4F78A2" w14:textId="77777777" w:rsidR="003656CB" w:rsidRDefault="003656CB" w:rsidP="009E28F1"/>
          <w:p w14:paraId="69D39E50" w14:textId="77777777" w:rsidR="003656CB" w:rsidRDefault="003656CB" w:rsidP="009E28F1"/>
          <w:p w14:paraId="766D5D7E" w14:textId="77777777" w:rsidR="003656CB" w:rsidRDefault="003656CB" w:rsidP="009E28F1"/>
          <w:p w14:paraId="5CA8A355" w14:textId="77777777" w:rsidR="003656CB" w:rsidRDefault="003656CB" w:rsidP="009E28F1"/>
          <w:p w14:paraId="4C8ED7C2" w14:textId="77777777" w:rsidR="003656CB" w:rsidRDefault="003656CB" w:rsidP="009E28F1"/>
          <w:p w14:paraId="1EF80C30" w14:textId="77777777" w:rsidR="003656CB" w:rsidRDefault="003656CB" w:rsidP="009E28F1"/>
          <w:p w14:paraId="2CF857B1" w14:textId="77777777" w:rsidR="003656CB" w:rsidRDefault="003656CB" w:rsidP="009E28F1"/>
          <w:p w14:paraId="4E48FB5D" w14:textId="77777777" w:rsidR="003656CB" w:rsidRDefault="003656CB" w:rsidP="009E28F1"/>
          <w:p w14:paraId="60E0055C" w14:textId="77777777" w:rsidR="003656CB" w:rsidRDefault="003656CB" w:rsidP="009E28F1"/>
          <w:p w14:paraId="0D3A8DD1" w14:textId="77777777" w:rsidR="003656CB" w:rsidRDefault="003656CB" w:rsidP="009E28F1"/>
          <w:p w14:paraId="1A5F33EA" w14:textId="77777777" w:rsidR="003656CB" w:rsidRDefault="003656CB" w:rsidP="009E28F1"/>
          <w:p w14:paraId="51575932" w14:textId="77777777" w:rsidR="003656CB" w:rsidRDefault="003656CB" w:rsidP="009E28F1"/>
          <w:p w14:paraId="3271C776" w14:textId="77777777" w:rsidR="003656CB" w:rsidRDefault="003656CB" w:rsidP="009E28F1"/>
          <w:p w14:paraId="51FDBAAF" w14:textId="77777777" w:rsidR="003656CB" w:rsidRDefault="003656CB" w:rsidP="009E28F1"/>
          <w:p w14:paraId="0DEF9AA0" w14:textId="77777777" w:rsidR="003656CB" w:rsidRDefault="003656CB" w:rsidP="009E28F1"/>
          <w:p w14:paraId="3C0BB7CE" w14:textId="77777777" w:rsidR="003656CB" w:rsidRDefault="003656CB" w:rsidP="009E28F1"/>
          <w:p w14:paraId="28971ED9" w14:textId="77777777" w:rsidR="003656CB" w:rsidRPr="007C14B2" w:rsidRDefault="003656CB" w:rsidP="009E28F1"/>
        </w:tc>
      </w:tr>
    </w:tbl>
    <w:p w14:paraId="3E9E8F98" w14:textId="6E1323CB" w:rsidR="00E164F9" w:rsidRPr="007C14B2" w:rsidRDefault="003656CB" w:rsidP="003C1C1F">
      <w:pPr>
        <w:pStyle w:val="Heading3"/>
        <w:rPr>
          <w:rFonts w:asciiTheme="minorHAnsi" w:hAnsiTheme="minorHAnsi"/>
        </w:rPr>
      </w:pPr>
      <w:r>
        <w:rPr>
          <w:rFonts w:asciiTheme="minorHAnsi" w:hAnsiTheme="minorHAnsi"/>
        </w:rPr>
        <w:t>6</w:t>
      </w:r>
      <w:r w:rsidR="00692C72" w:rsidRPr="007C14B2">
        <w:rPr>
          <w:rFonts w:asciiTheme="minorHAnsi" w:hAnsiTheme="minorHAnsi"/>
        </w:rPr>
        <w:t>. Milestones (</w:t>
      </w:r>
      <w:r w:rsidR="00144450" w:rsidRPr="00144450">
        <w:rPr>
          <w:rFonts w:asciiTheme="minorHAnsi" w:hAnsiTheme="minorHAnsi"/>
        </w:rPr>
        <w:t>maximum</w:t>
      </w:r>
      <w:r w:rsidR="00144450">
        <w:rPr>
          <w:rFonts w:asciiTheme="minorHAnsi" w:hAnsiTheme="minorHAnsi"/>
        </w:rPr>
        <w:t xml:space="preserve"> </w:t>
      </w:r>
      <w:r w:rsidR="00692C72" w:rsidRPr="007C14B2">
        <w:rPr>
          <w:rFonts w:asciiTheme="minorHAnsi" w:hAnsiTheme="minorHAnsi"/>
        </w:rPr>
        <w:t>300 words)</w:t>
      </w:r>
    </w:p>
    <w:p w14:paraId="63F79B19" w14:textId="77777777" w:rsidR="00E164F9" w:rsidRDefault="00692C72" w:rsidP="003C1C1F">
      <w:pPr>
        <w:rPr>
          <w:i/>
          <w:sz w:val="20"/>
        </w:rPr>
      </w:pPr>
      <w:r w:rsidRPr="007C14B2">
        <w:rPr>
          <w:i/>
          <w:sz w:val="20"/>
        </w:rPr>
        <w:t>Outline a timeline for key project phases. Include major milestones and expected completion dates.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C14B2" w:rsidRPr="007C14B2" w14:paraId="107CFCBD" w14:textId="77777777" w:rsidTr="007C14B2">
        <w:tc>
          <w:tcPr>
            <w:tcW w:w="9350" w:type="dxa"/>
          </w:tcPr>
          <w:p w14:paraId="2D0608F7" w14:textId="77777777" w:rsidR="007C14B2" w:rsidRDefault="007C14B2" w:rsidP="003C1C1F"/>
          <w:p w14:paraId="5B92C15F" w14:textId="77777777" w:rsidR="007C14B2" w:rsidRDefault="007C14B2" w:rsidP="003C1C1F"/>
          <w:p w14:paraId="28114AF4" w14:textId="77777777" w:rsidR="007C14B2" w:rsidRDefault="007C14B2" w:rsidP="003C1C1F"/>
          <w:p w14:paraId="3A754CA1" w14:textId="77777777" w:rsidR="007C14B2" w:rsidRDefault="007C14B2" w:rsidP="003C1C1F"/>
          <w:p w14:paraId="41099C19" w14:textId="77777777" w:rsidR="007C14B2" w:rsidRDefault="007C14B2" w:rsidP="003C1C1F"/>
          <w:p w14:paraId="28B63C3B" w14:textId="77777777" w:rsidR="007C14B2" w:rsidRDefault="007C14B2" w:rsidP="003C1C1F"/>
          <w:p w14:paraId="72317268" w14:textId="77777777" w:rsidR="007C14B2" w:rsidRDefault="007C14B2" w:rsidP="003C1C1F"/>
          <w:p w14:paraId="6DFEEADA" w14:textId="77777777" w:rsidR="007C14B2" w:rsidRDefault="007C14B2" w:rsidP="003C1C1F"/>
          <w:p w14:paraId="67849CC3" w14:textId="77777777" w:rsidR="007C14B2" w:rsidRDefault="007C14B2" w:rsidP="003C1C1F"/>
          <w:p w14:paraId="657ED083" w14:textId="77777777" w:rsidR="007C14B2" w:rsidRDefault="007C14B2" w:rsidP="003C1C1F"/>
          <w:p w14:paraId="4D120C1A" w14:textId="77777777" w:rsidR="007C14B2" w:rsidRDefault="007C14B2" w:rsidP="003C1C1F"/>
          <w:p w14:paraId="48672B78" w14:textId="77777777" w:rsidR="007C14B2" w:rsidRDefault="007C14B2" w:rsidP="003C1C1F"/>
          <w:p w14:paraId="38FB7542" w14:textId="77777777" w:rsidR="007C14B2" w:rsidRDefault="007C14B2" w:rsidP="003C1C1F"/>
          <w:p w14:paraId="21CE3693" w14:textId="77777777" w:rsidR="007C14B2" w:rsidRDefault="007C14B2" w:rsidP="003C1C1F"/>
          <w:p w14:paraId="7F1077D2" w14:textId="77777777" w:rsidR="007C14B2" w:rsidRDefault="007C14B2" w:rsidP="003C1C1F"/>
          <w:p w14:paraId="35D1AC00" w14:textId="77777777" w:rsidR="007C14B2" w:rsidRDefault="007C14B2" w:rsidP="003C1C1F"/>
          <w:p w14:paraId="47C04774" w14:textId="77777777" w:rsidR="007C14B2" w:rsidRDefault="007C14B2" w:rsidP="003C1C1F"/>
          <w:p w14:paraId="3682039C" w14:textId="77777777" w:rsidR="007C14B2" w:rsidRDefault="007C14B2" w:rsidP="003C1C1F"/>
          <w:p w14:paraId="34D142AD" w14:textId="77777777" w:rsidR="007C14B2" w:rsidRDefault="007C14B2" w:rsidP="003C1C1F"/>
          <w:p w14:paraId="5AF7B9DE" w14:textId="77777777" w:rsidR="007C14B2" w:rsidRDefault="007C14B2" w:rsidP="003C1C1F"/>
          <w:p w14:paraId="6CA25D60" w14:textId="77777777" w:rsidR="007C14B2" w:rsidRDefault="007C14B2" w:rsidP="003C1C1F"/>
          <w:p w14:paraId="2BE52303" w14:textId="77777777" w:rsidR="007C14B2" w:rsidRPr="007C14B2" w:rsidRDefault="007C14B2" w:rsidP="003C1C1F"/>
        </w:tc>
      </w:tr>
    </w:tbl>
    <w:p w14:paraId="25F89F8D" w14:textId="172F5098" w:rsidR="00E164F9" w:rsidRPr="007C14B2" w:rsidRDefault="003656CB" w:rsidP="003C1C1F">
      <w:pPr>
        <w:pStyle w:val="Heading3"/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7</w:t>
      </w:r>
      <w:r w:rsidR="00692C72" w:rsidRPr="007C14B2">
        <w:rPr>
          <w:rFonts w:asciiTheme="minorHAnsi" w:hAnsiTheme="minorHAnsi"/>
        </w:rPr>
        <w:t>. Deliverables (</w:t>
      </w:r>
      <w:r w:rsidR="00144450" w:rsidRPr="00144450">
        <w:rPr>
          <w:rFonts w:asciiTheme="minorHAnsi" w:hAnsiTheme="minorHAnsi"/>
        </w:rPr>
        <w:t>maximum</w:t>
      </w:r>
      <w:r w:rsidR="00144450">
        <w:rPr>
          <w:rFonts w:asciiTheme="minorHAnsi" w:hAnsiTheme="minorHAnsi"/>
        </w:rPr>
        <w:t xml:space="preserve"> </w:t>
      </w:r>
      <w:r w:rsidR="00692C72" w:rsidRPr="007C14B2">
        <w:rPr>
          <w:rFonts w:asciiTheme="minorHAnsi" w:hAnsiTheme="minorHAnsi"/>
        </w:rPr>
        <w:t>200 words)</w:t>
      </w:r>
    </w:p>
    <w:p w14:paraId="4E0DA33D" w14:textId="77777777" w:rsidR="00E164F9" w:rsidRDefault="00692C72" w:rsidP="003C1C1F">
      <w:pPr>
        <w:rPr>
          <w:i/>
          <w:sz w:val="20"/>
        </w:rPr>
      </w:pPr>
      <w:r w:rsidRPr="007C14B2">
        <w:rPr>
          <w:i/>
          <w:sz w:val="20"/>
        </w:rPr>
        <w:t>Specify the expected outcomes and outputs. What tangible results will the project produce?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C14B2" w:rsidRPr="007C14B2" w14:paraId="7542485C" w14:textId="77777777" w:rsidTr="007C14B2">
        <w:tc>
          <w:tcPr>
            <w:tcW w:w="9350" w:type="dxa"/>
          </w:tcPr>
          <w:p w14:paraId="7C3C2BC8" w14:textId="77777777" w:rsidR="007C14B2" w:rsidRPr="007C14B2" w:rsidRDefault="007C14B2" w:rsidP="003C1C1F"/>
          <w:p w14:paraId="2B688295" w14:textId="77777777" w:rsidR="007C14B2" w:rsidRPr="007C14B2" w:rsidRDefault="007C14B2" w:rsidP="003C1C1F"/>
          <w:p w14:paraId="63664965" w14:textId="77777777" w:rsidR="007C14B2" w:rsidRPr="007C14B2" w:rsidRDefault="007C14B2" w:rsidP="003C1C1F"/>
          <w:p w14:paraId="661A9B87" w14:textId="77777777" w:rsidR="007C14B2" w:rsidRPr="007C14B2" w:rsidRDefault="007C14B2" w:rsidP="003C1C1F"/>
          <w:p w14:paraId="25CD8334" w14:textId="77777777" w:rsidR="007C14B2" w:rsidRPr="007C14B2" w:rsidRDefault="007C14B2" w:rsidP="003C1C1F"/>
          <w:p w14:paraId="582F30B7" w14:textId="77777777" w:rsidR="007C14B2" w:rsidRPr="007C14B2" w:rsidRDefault="007C14B2" w:rsidP="003C1C1F"/>
          <w:p w14:paraId="256CB99E" w14:textId="77777777" w:rsidR="007C14B2" w:rsidRDefault="007C14B2" w:rsidP="003C1C1F"/>
          <w:p w14:paraId="5719B3C5" w14:textId="77777777" w:rsidR="007C14B2" w:rsidRPr="007C14B2" w:rsidRDefault="007C14B2" w:rsidP="003C1C1F"/>
          <w:p w14:paraId="10127073" w14:textId="77777777" w:rsidR="007C14B2" w:rsidRDefault="007C14B2" w:rsidP="003C1C1F"/>
          <w:p w14:paraId="2E70A420" w14:textId="77777777" w:rsidR="007C14B2" w:rsidRDefault="007C14B2" w:rsidP="003C1C1F"/>
          <w:p w14:paraId="325529E1" w14:textId="77777777" w:rsidR="007C14B2" w:rsidRDefault="007C14B2" w:rsidP="003C1C1F"/>
          <w:p w14:paraId="083476CE" w14:textId="77777777" w:rsidR="007C14B2" w:rsidRPr="007C14B2" w:rsidRDefault="007C14B2" w:rsidP="003C1C1F"/>
          <w:p w14:paraId="5FBE7D0C" w14:textId="77777777" w:rsidR="007C14B2" w:rsidRPr="007C14B2" w:rsidRDefault="007C14B2" w:rsidP="003C1C1F"/>
          <w:p w14:paraId="29D028C0" w14:textId="77777777" w:rsidR="007C14B2" w:rsidRPr="007C14B2" w:rsidRDefault="007C14B2" w:rsidP="003C1C1F"/>
          <w:p w14:paraId="31B81D1A" w14:textId="77777777" w:rsidR="007C14B2" w:rsidRPr="007C14B2" w:rsidRDefault="007C14B2" w:rsidP="003C1C1F"/>
          <w:p w14:paraId="7F412FA1" w14:textId="77777777" w:rsidR="007C14B2" w:rsidRPr="007C14B2" w:rsidRDefault="007C14B2" w:rsidP="003C1C1F"/>
          <w:p w14:paraId="02CD34BE" w14:textId="77777777" w:rsidR="007C14B2" w:rsidRPr="007C14B2" w:rsidRDefault="007C14B2" w:rsidP="003C1C1F"/>
          <w:p w14:paraId="156D1D3D" w14:textId="77777777" w:rsidR="007C14B2" w:rsidRPr="007C14B2" w:rsidRDefault="007C14B2" w:rsidP="003C1C1F"/>
          <w:p w14:paraId="16077A31" w14:textId="77777777" w:rsidR="007C14B2" w:rsidRPr="007C14B2" w:rsidRDefault="007C14B2" w:rsidP="003C1C1F"/>
          <w:p w14:paraId="37E769CA" w14:textId="77777777" w:rsidR="007C14B2" w:rsidRPr="007C14B2" w:rsidRDefault="007C14B2" w:rsidP="003C1C1F"/>
          <w:p w14:paraId="43D248DE" w14:textId="77777777" w:rsidR="007C14B2" w:rsidRPr="007C14B2" w:rsidRDefault="007C14B2" w:rsidP="003C1C1F"/>
        </w:tc>
      </w:tr>
    </w:tbl>
    <w:p w14:paraId="0ADED7DA" w14:textId="112834A0" w:rsidR="00E164F9" w:rsidRPr="007C14B2" w:rsidRDefault="003656CB" w:rsidP="003C1C1F">
      <w:pPr>
        <w:pStyle w:val="Heading3"/>
        <w:rPr>
          <w:rFonts w:asciiTheme="minorHAnsi" w:hAnsiTheme="minorHAnsi"/>
        </w:rPr>
      </w:pPr>
      <w:r>
        <w:rPr>
          <w:rFonts w:asciiTheme="minorHAnsi" w:hAnsiTheme="minorHAnsi"/>
        </w:rPr>
        <w:t>8</w:t>
      </w:r>
      <w:r w:rsidR="00692C72" w:rsidRPr="007C14B2">
        <w:rPr>
          <w:rFonts w:asciiTheme="minorHAnsi" w:hAnsiTheme="minorHAnsi"/>
        </w:rPr>
        <w:t>. Alignment with Global Center Priorities</w:t>
      </w:r>
      <w:r w:rsidR="00144450">
        <w:rPr>
          <w:rFonts w:asciiTheme="minorHAnsi" w:hAnsiTheme="minorHAnsi"/>
        </w:rPr>
        <w:t>,</w:t>
      </w:r>
      <w:r w:rsidR="00692C72" w:rsidRPr="007C14B2">
        <w:rPr>
          <w:rFonts w:asciiTheme="minorHAnsi" w:hAnsiTheme="minorHAnsi"/>
        </w:rPr>
        <w:t xml:space="preserve"> Pilot Funding Program Criteria</w:t>
      </w:r>
      <w:r w:rsidR="00144450">
        <w:rPr>
          <w:rFonts w:asciiTheme="minorHAnsi" w:hAnsiTheme="minorHAnsi"/>
        </w:rPr>
        <w:t>, and Impact on the Center</w:t>
      </w:r>
      <w:r w:rsidR="00692C72" w:rsidRPr="007C14B2">
        <w:rPr>
          <w:rFonts w:asciiTheme="minorHAnsi" w:hAnsiTheme="minorHAnsi"/>
        </w:rPr>
        <w:t xml:space="preserve"> (</w:t>
      </w:r>
      <w:r w:rsidR="00DE12EB">
        <w:rPr>
          <w:rFonts w:asciiTheme="minorHAnsi" w:hAnsiTheme="minorHAnsi"/>
        </w:rPr>
        <w:t>maximum 7</w:t>
      </w:r>
      <w:r w:rsidR="003C1C1F" w:rsidRPr="007C14B2">
        <w:rPr>
          <w:rFonts w:asciiTheme="minorHAnsi" w:hAnsiTheme="minorHAnsi"/>
        </w:rPr>
        <w:t>00</w:t>
      </w:r>
      <w:r w:rsidR="00692C72" w:rsidRPr="007C14B2">
        <w:rPr>
          <w:rFonts w:asciiTheme="minorHAnsi" w:hAnsiTheme="minorHAnsi"/>
        </w:rPr>
        <w:t xml:space="preserve"> words)</w:t>
      </w:r>
    </w:p>
    <w:p w14:paraId="220B855D" w14:textId="77777777" w:rsidR="00E164F9" w:rsidRPr="007C14B2" w:rsidRDefault="00692C72" w:rsidP="003C1C1F">
      <w:pPr>
        <w:spacing w:after="0" w:line="240" w:lineRule="auto"/>
        <w:rPr>
          <w:i/>
          <w:sz w:val="20"/>
        </w:rPr>
      </w:pPr>
      <w:r w:rsidRPr="007C14B2">
        <w:rPr>
          <w:i/>
          <w:sz w:val="20"/>
        </w:rPr>
        <w:t>Demonstrate the alignment with Pilot Grants Program criteria and all the priorities of the Global Center. Explain how the project supports the Center's mission and goals.</w:t>
      </w:r>
      <w:r w:rsidR="00DC1889" w:rsidRPr="007C14B2">
        <w:rPr>
          <w:i/>
          <w:sz w:val="20"/>
        </w:rPr>
        <w:t xml:space="preserve"> </w:t>
      </w:r>
      <w:proofErr w:type="gramStart"/>
      <w:r w:rsidR="00DC1889" w:rsidRPr="007C14B2">
        <w:rPr>
          <w:i/>
          <w:sz w:val="20"/>
        </w:rPr>
        <w:t>In particular, your</w:t>
      </w:r>
      <w:proofErr w:type="gramEnd"/>
      <w:r w:rsidR="00DC1889" w:rsidRPr="007C14B2">
        <w:rPr>
          <w:i/>
          <w:sz w:val="20"/>
        </w:rPr>
        <w:t xml:space="preserve"> proposal needs to respond to the following questions:</w:t>
      </w:r>
    </w:p>
    <w:p w14:paraId="2F07F8FC" w14:textId="77777777" w:rsidR="00DC1889" w:rsidRPr="007C14B2" w:rsidRDefault="00DC1889" w:rsidP="00144450">
      <w:pPr>
        <w:spacing w:after="0" w:line="240" w:lineRule="auto"/>
        <w:ind w:left="540"/>
        <w:rPr>
          <w:i/>
          <w:sz w:val="20"/>
        </w:rPr>
      </w:pPr>
      <w:r w:rsidRPr="007C14B2">
        <w:rPr>
          <w:i/>
          <w:sz w:val="20"/>
        </w:rPr>
        <w:t>•</w:t>
      </w:r>
      <w:r w:rsidRPr="007C14B2">
        <w:rPr>
          <w:i/>
          <w:sz w:val="20"/>
        </w:rPr>
        <w:tab/>
        <w:t>Does the proposed project have the potential to identify and mitigate health impacts associated with climate change?</w:t>
      </w:r>
    </w:p>
    <w:p w14:paraId="5FE797DD" w14:textId="77777777" w:rsidR="00DC1889" w:rsidRPr="007C14B2" w:rsidRDefault="00DC1889" w:rsidP="00144450">
      <w:pPr>
        <w:spacing w:after="0" w:line="240" w:lineRule="auto"/>
        <w:ind w:left="540"/>
        <w:rPr>
          <w:i/>
          <w:sz w:val="20"/>
        </w:rPr>
      </w:pPr>
      <w:r w:rsidRPr="007C14B2">
        <w:rPr>
          <w:i/>
          <w:sz w:val="20"/>
        </w:rPr>
        <w:t>•</w:t>
      </w:r>
      <w:r w:rsidRPr="007C14B2">
        <w:rPr>
          <w:i/>
          <w:sz w:val="20"/>
        </w:rPr>
        <w:tab/>
        <w:t>Will the project enhance coordination across the water, energy, food, and health sectors to achieve systemic efficiency and resilience?</w:t>
      </w:r>
    </w:p>
    <w:p w14:paraId="52B9DB97" w14:textId="77777777" w:rsidR="00DC1889" w:rsidRPr="007C14B2" w:rsidRDefault="00DC1889" w:rsidP="00144450">
      <w:pPr>
        <w:spacing w:after="0" w:line="240" w:lineRule="auto"/>
        <w:ind w:left="540"/>
        <w:rPr>
          <w:i/>
          <w:sz w:val="20"/>
        </w:rPr>
      </w:pPr>
      <w:r w:rsidRPr="007C14B2">
        <w:rPr>
          <w:i/>
          <w:sz w:val="20"/>
        </w:rPr>
        <w:t>•</w:t>
      </w:r>
      <w:r w:rsidRPr="007C14B2">
        <w:rPr>
          <w:i/>
          <w:sz w:val="20"/>
        </w:rPr>
        <w:tab/>
        <w:t>Will the project promote sustainable development practices tailored to the specific needs of Jordanian communities?</w:t>
      </w:r>
    </w:p>
    <w:p w14:paraId="3F2A15AF" w14:textId="77777777" w:rsidR="00DC1889" w:rsidRDefault="00DC1889" w:rsidP="00144450">
      <w:pPr>
        <w:spacing w:after="0" w:line="240" w:lineRule="auto"/>
        <w:ind w:left="540"/>
        <w:rPr>
          <w:i/>
          <w:sz w:val="20"/>
        </w:rPr>
      </w:pPr>
      <w:r w:rsidRPr="007C14B2">
        <w:rPr>
          <w:i/>
          <w:sz w:val="20"/>
        </w:rPr>
        <w:t>•</w:t>
      </w:r>
      <w:r w:rsidRPr="007C14B2">
        <w:rPr>
          <w:i/>
          <w:sz w:val="20"/>
        </w:rPr>
        <w:tab/>
        <w:t>Will the project strengthen the capacity of both community members and professionals to respond effectively to challenges in climate, water, energy, food, and health systems?</w:t>
      </w:r>
    </w:p>
    <w:p w14:paraId="4C8EAEA5" w14:textId="1B9EDC03" w:rsidR="007C14B2" w:rsidRDefault="00144450" w:rsidP="003C1C1F">
      <w:pPr>
        <w:spacing w:after="0" w:line="240" w:lineRule="auto"/>
        <w:rPr>
          <w:i/>
          <w:sz w:val="20"/>
        </w:rPr>
      </w:pPr>
      <w:r w:rsidRPr="00144450">
        <w:rPr>
          <w:i/>
          <w:sz w:val="20"/>
        </w:rPr>
        <w:t>Additionally, discuss the potential benefits and contributions to the Center's areas of work. How will the project enhance the Center's capabilities or reputation?</w:t>
      </w:r>
    </w:p>
    <w:p w14:paraId="6304F299" w14:textId="77777777" w:rsidR="00144450" w:rsidRDefault="00144450" w:rsidP="003C1C1F">
      <w:pPr>
        <w:spacing w:after="0" w:line="240" w:lineRule="auto"/>
        <w:rPr>
          <w:i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C14B2" w:rsidRPr="00214C43" w14:paraId="185529D2" w14:textId="77777777" w:rsidTr="007C14B2">
        <w:tc>
          <w:tcPr>
            <w:tcW w:w="9350" w:type="dxa"/>
          </w:tcPr>
          <w:p w14:paraId="18CEC224" w14:textId="77777777" w:rsidR="007C14B2" w:rsidRPr="00214C43" w:rsidRDefault="007C14B2" w:rsidP="003C1C1F"/>
          <w:p w14:paraId="4EFA9C85" w14:textId="77777777" w:rsidR="007C14B2" w:rsidRPr="00214C43" w:rsidRDefault="007C14B2" w:rsidP="003C1C1F"/>
          <w:p w14:paraId="7F53720E" w14:textId="77777777" w:rsidR="007C14B2" w:rsidRPr="00214C43" w:rsidRDefault="007C14B2" w:rsidP="003C1C1F"/>
          <w:p w14:paraId="3F4B77D3" w14:textId="77777777" w:rsidR="007C14B2" w:rsidRPr="00214C43" w:rsidRDefault="007C14B2" w:rsidP="003C1C1F"/>
          <w:p w14:paraId="4D40B37E" w14:textId="77777777" w:rsidR="007C14B2" w:rsidRPr="00214C43" w:rsidRDefault="007C14B2" w:rsidP="003C1C1F"/>
          <w:p w14:paraId="4632BA72" w14:textId="77777777" w:rsidR="007C14B2" w:rsidRPr="00214C43" w:rsidRDefault="007C14B2" w:rsidP="003C1C1F"/>
          <w:p w14:paraId="232780CE" w14:textId="77777777" w:rsidR="007C14B2" w:rsidRPr="00214C43" w:rsidRDefault="007C14B2" w:rsidP="003C1C1F"/>
          <w:p w14:paraId="3D852D10" w14:textId="77777777" w:rsidR="007C14B2" w:rsidRPr="00214C43" w:rsidRDefault="007C14B2" w:rsidP="003C1C1F"/>
          <w:p w14:paraId="391E8A91" w14:textId="77777777" w:rsidR="007C14B2" w:rsidRPr="00214C43" w:rsidRDefault="007C14B2" w:rsidP="003C1C1F"/>
          <w:p w14:paraId="63B6A8A7" w14:textId="77777777" w:rsidR="007C14B2" w:rsidRPr="00214C43" w:rsidRDefault="007C14B2" w:rsidP="003C1C1F"/>
          <w:p w14:paraId="7170EF8C" w14:textId="77777777" w:rsidR="007C14B2" w:rsidRPr="00214C43" w:rsidRDefault="007C14B2" w:rsidP="003C1C1F"/>
          <w:p w14:paraId="14A2C8BF" w14:textId="77777777" w:rsidR="007C14B2" w:rsidRPr="00214C43" w:rsidRDefault="007C14B2" w:rsidP="003C1C1F"/>
          <w:p w14:paraId="43FBF6AB" w14:textId="77777777" w:rsidR="007C14B2" w:rsidRPr="00214C43" w:rsidRDefault="007C14B2" w:rsidP="003C1C1F"/>
          <w:p w14:paraId="3432C933" w14:textId="77777777" w:rsidR="007C14B2" w:rsidRPr="00214C43" w:rsidRDefault="007C14B2" w:rsidP="003C1C1F"/>
          <w:p w14:paraId="1B5D8385" w14:textId="77777777" w:rsidR="007C14B2" w:rsidRPr="00214C43" w:rsidRDefault="007C14B2" w:rsidP="003C1C1F"/>
          <w:p w14:paraId="6D8B3E8F" w14:textId="77777777" w:rsidR="007C14B2" w:rsidRPr="00214C43" w:rsidRDefault="007C14B2" w:rsidP="003C1C1F"/>
          <w:p w14:paraId="11EBEB77" w14:textId="77777777" w:rsidR="007C14B2" w:rsidRPr="00214C43" w:rsidRDefault="007C14B2" w:rsidP="003C1C1F"/>
          <w:p w14:paraId="22B4DCEB" w14:textId="77777777" w:rsidR="007C14B2" w:rsidRPr="00214C43" w:rsidRDefault="007C14B2" w:rsidP="003C1C1F"/>
          <w:p w14:paraId="0F8BEF0D" w14:textId="77777777" w:rsidR="007C14B2" w:rsidRPr="00214C43" w:rsidRDefault="007C14B2" w:rsidP="003C1C1F"/>
          <w:p w14:paraId="065E8ABC" w14:textId="77777777" w:rsidR="007C14B2" w:rsidRPr="00214C43" w:rsidRDefault="007C14B2" w:rsidP="003C1C1F"/>
          <w:p w14:paraId="73FD0CEF" w14:textId="77777777" w:rsidR="007C14B2" w:rsidRPr="00214C43" w:rsidRDefault="007C14B2" w:rsidP="003C1C1F"/>
          <w:p w14:paraId="4DE62755" w14:textId="77777777" w:rsidR="007C14B2" w:rsidRPr="00214C43" w:rsidRDefault="007C14B2" w:rsidP="003C1C1F"/>
          <w:p w14:paraId="117FC11F" w14:textId="77777777" w:rsidR="007C14B2" w:rsidRPr="00214C43" w:rsidRDefault="007C14B2" w:rsidP="003C1C1F"/>
          <w:p w14:paraId="6D20828C" w14:textId="77777777" w:rsidR="007C14B2" w:rsidRPr="00214C43" w:rsidRDefault="007C14B2" w:rsidP="003C1C1F"/>
          <w:p w14:paraId="133D2F38" w14:textId="77777777" w:rsidR="007C14B2" w:rsidRPr="00214C43" w:rsidRDefault="007C14B2" w:rsidP="003C1C1F"/>
          <w:p w14:paraId="2D4942A6" w14:textId="77777777" w:rsidR="007C14B2" w:rsidRPr="00214C43" w:rsidRDefault="007C14B2" w:rsidP="003C1C1F"/>
          <w:p w14:paraId="6E8EA2D5" w14:textId="77777777" w:rsidR="007C14B2" w:rsidRPr="00214C43" w:rsidRDefault="007C14B2" w:rsidP="003C1C1F"/>
          <w:p w14:paraId="7109BEFC" w14:textId="77777777" w:rsidR="007C14B2" w:rsidRPr="00214C43" w:rsidRDefault="007C14B2" w:rsidP="003C1C1F"/>
          <w:p w14:paraId="773641F6" w14:textId="77777777" w:rsidR="007C14B2" w:rsidRPr="00214C43" w:rsidRDefault="007C14B2" w:rsidP="003C1C1F"/>
          <w:p w14:paraId="778D73BF" w14:textId="77777777" w:rsidR="007C14B2" w:rsidRPr="00214C43" w:rsidRDefault="007C14B2" w:rsidP="003C1C1F"/>
          <w:p w14:paraId="089E707C" w14:textId="77777777" w:rsidR="007C14B2" w:rsidRPr="00214C43" w:rsidRDefault="007C14B2" w:rsidP="003C1C1F"/>
          <w:p w14:paraId="414DEF88" w14:textId="77777777" w:rsidR="007C14B2" w:rsidRPr="00214C43" w:rsidRDefault="007C14B2" w:rsidP="003C1C1F"/>
          <w:p w14:paraId="65EB0DDE" w14:textId="77777777" w:rsidR="007C14B2" w:rsidRPr="00214C43" w:rsidRDefault="007C14B2" w:rsidP="003C1C1F"/>
          <w:p w14:paraId="057FF936" w14:textId="77777777" w:rsidR="007C14B2" w:rsidRDefault="007C14B2" w:rsidP="003C1C1F"/>
          <w:p w14:paraId="1C1478AF" w14:textId="77777777" w:rsidR="003656CB" w:rsidRDefault="003656CB" w:rsidP="003C1C1F"/>
          <w:p w14:paraId="71A06328" w14:textId="77777777" w:rsidR="003656CB" w:rsidRDefault="003656CB" w:rsidP="003C1C1F"/>
          <w:p w14:paraId="3EDF2998" w14:textId="77777777" w:rsidR="003656CB" w:rsidRDefault="003656CB" w:rsidP="003C1C1F"/>
          <w:p w14:paraId="76B05BA0" w14:textId="77777777" w:rsidR="003656CB" w:rsidRDefault="003656CB" w:rsidP="003C1C1F"/>
          <w:p w14:paraId="3DCC075E" w14:textId="77777777" w:rsidR="003656CB" w:rsidRDefault="003656CB" w:rsidP="003C1C1F"/>
          <w:p w14:paraId="53B5235D" w14:textId="77777777" w:rsidR="003656CB" w:rsidRDefault="003656CB" w:rsidP="003C1C1F"/>
          <w:p w14:paraId="01A80A90" w14:textId="77777777" w:rsidR="003656CB" w:rsidRDefault="003656CB" w:rsidP="003C1C1F"/>
          <w:p w14:paraId="61AB42D6" w14:textId="77777777" w:rsidR="003656CB" w:rsidRDefault="003656CB" w:rsidP="003C1C1F"/>
          <w:p w14:paraId="047CF033" w14:textId="77777777" w:rsidR="003656CB" w:rsidRDefault="003656CB" w:rsidP="003C1C1F"/>
          <w:p w14:paraId="4AA9ACF1" w14:textId="77777777" w:rsidR="003656CB" w:rsidRDefault="003656CB" w:rsidP="003C1C1F"/>
          <w:p w14:paraId="779E36AE" w14:textId="77777777" w:rsidR="003656CB" w:rsidRDefault="003656CB" w:rsidP="003C1C1F"/>
          <w:p w14:paraId="44AD89EB" w14:textId="77777777" w:rsidR="003656CB" w:rsidRDefault="003656CB" w:rsidP="003C1C1F"/>
          <w:p w14:paraId="5E76D2CC" w14:textId="77777777" w:rsidR="003656CB" w:rsidRDefault="003656CB" w:rsidP="003C1C1F"/>
          <w:p w14:paraId="0155B89D" w14:textId="77777777" w:rsidR="003656CB" w:rsidRDefault="003656CB" w:rsidP="003C1C1F"/>
          <w:p w14:paraId="73E8AA52" w14:textId="77777777" w:rsidR="003656CB" w:rsidRDefault="003656CB" w:rsidP="003C1C1F"/>
          <w:p w14:paraId="523117F7" w14:textId="77777777" w:rsidR="003656CB" w:rsidRDefault="003656CB" w:rsidP="003C1C1F"/>
          <w:p w14:paraId="56513FA5" w14:textId="77777777" w:rsidR="003656CB" w:rsidRDefault="003656CB" w:rsidP="003C1C1F"/>
          <w:p w14:paraId="4F2FB9F9" w14:textId="77777777" w:rsidR="003656CB" w:rsidRDefault="003656CB" w:rsidP="003C1C1F"/>
          <w:p w14:paraId="5DF99403" w14:textId="77777777" w:rsidR="003656CB" w:rsidRDefault="003656CB" w:rsidP="003C1C1F"/>
          <w:p w14:paraId="6215AEA5" w14:textId="77777777" w:rsidR="003656CB" w:rsidRDefault="003656CB" w:rsidP="003C1C1F"/>
          <w:p w14:paraId="64F8EE7A" w14:textId="77777777" w:rsidR="003656CB" w:rsidRDefault="003656CB" w:rsidP="003C1C1F"/>
          <w:p w14:paraId="39A20003" w14:textId="77777777" w:rsidR="003656CB" w:rsidRDefault="003656CB" w:rsidP="003C1C1F"/>
          <w:p w14:paraId="3E910566" w14:textId="77777777" w:rsidR="003656CB" w:rsidRPr="00214C43" w:rsidRDefault="003656CB" w:rsidP="003C1C1F"/>
          <w:p w14:paraId="19882DE3" w14:textId="77777777" w:rsidR="007C14B2" w:rsidRPr="00214C43" w:rsidRDefault="007C14B2" w:rsidP="003C1C1F"/>
        </w:tc>
      </w:tr>
    </w:tbl>
    <w:p w14:paraId="18D35011" w14:textId="4EA8C5E8" w:rsidR="00E164F9" w:rsidRPr="007C14B2" w:rsidRDefault="00144450" w:rsidP="003C1C1F">
      <w:pPr>
        <w:pStyle w:val="Heading3"/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8</w:t>
      </w:r>
      <w:r w:rsidR="00692C72" w:rsidRPr="007C14B2">
        <w:rPr>
          <w:rFonts w:asciiTheme="minorHAnsi" w:hAnsiTheme="minorHAnsi"/>
        </w:rPr>
        <w:t>. References (No</w:t>
      </w:r>
      <w:r w:rsidR="003C1C1F" w:rsidRPr="007C14B2">
        <w:rPr>
          <w:rFonts w:asciiTheme="minorHAnsi" w:hAnsiTheme="minorHAnsi"/>
        </w:rPr>
        <w:t xml:space="preserve"> word</w:t>
      </w:r>
      <w:r w:rsidR="00692C72" w:rsidRPr="007C14B2">
        <w:rPr>
          <w:rFonts w:asciiTheme="minorHAnsi" w:hAnsiTheme="minorHAnsi"/>
        </w:rPr>
        <w:t xml:space="preserve"> limit)</w:t>
      </w:r>
    </w:p>
    <w:p w14:paraId="7DB3659A" w14:textId="77777777" w:rsidR="00E164F9" w:rsidRDefault="00692C72" w:rsidP="003C1C1F">
      <w:pPr>
        <w:rPr>
          <w:i/>
          <w:sz w:val="20"/>
        </w:rPr>
      </w:pPr>
      <w:r w:rsidRPr="007C14B2">
        <w:rPr>
          <w:i/>
          <w:sz w:val="20"/>
        </w:rPr>
        <w:t>List all cited sources. Ensure proper citation format is used.</w:t>
      </w:r>
    </w:p>
    <w:p w14:paraId="58AFC8CE" w14:textId="77777777" w:rsidR="00811E8B" w:rsidRPr="00811E8B" w:rsidRDefault="00811E8B" w:rsidP="003C1C1F">
      <w:pPr>
        <w:rPr>
          <w:i/>
          <w:szCs w:val="24"/>
        </w:rPr>
      </w:pPr>
    </w:p>
    <w:p w14:paraId="189A17CC" w14:textId="77777777" w:rsidR="00811E8B" w:rsidRPr="00811E8B" w:rsidRDefault="00811E8B" w:rsidP="003C1C1F">
      <w:pPr>
        <w:rPr>
          <w:i/>
          <w:szCs w:val="24"/>
        </w:rPr>
      </w:pPr>
    </w:p>
    <w:p w14:paraId="25609186" w14:textId="77777777" w:rsidR="00811E8B" w:rsidRPr="00811E8B" w:rsidRDefault="00811E8B" w:rsidP="003C1C1F">
      <w:pPr>
        <w:rPr>
          <w:i/>
          <w:szCs w:val="24"/>
        </w:rPr>
      </w:pPr>
    </w:p>
    <w:p w14:paraId="2B7B184D" w14:textId="77777777" w:rsidR="00811E8B" w:rsidRPr="00811E8B" w:rsidRDefault="00811E8B" w:rsidP="003C1C1F">
      <w:pPr>
        <w:rPr>
          <w:i/>
          <w:szCs w:val="24"/>
        </w:rPr>
      </w:pPr>
    </w:p>
    <w:p w14:paraId="7C7F9E98" w14:textId="77777777" w:rsidR="00811E8B" w:rsidRPr="00811E8B" w:rsidRDefault="00811E8B" w:rsidP="003C1C1F">
      <w:pPr>
        <w:rPr>
          <w:i/>
          <w:szCs w:val="24"/>
        </w:rPr>
      </w:pPr>
    </w:p>
    <w:p w14:paraId="21E3C9F2" w14:textId="77777777" w:rsidR="00811E8B" w:rsidRPr="00811E8B" w:rsidRDefault="00811E8B" w:rsidP="003C1C1F">
      <w:pPr>
        <w:rPr>
          <w:i/>
          <w:szCs w:val="24"/>
        </w:rPr>
      </w:pPr>
    </w:p>
    <w:p w14:paraId="03AFC1BF" w14:textId="77777777" w:rsidR="00811E8B" w:rsidRPr="00811E8B" w:rsidRDefault="00811E8B" w:rsidP="003C1C1F">
      <w:pPr>
        <w:rPr>
          <w:i/>
          <w:szCs w:val="24"/>
        </w:rPr>
      </w:pPr>
    </w:p>
    <w:p w14:paraId="425691C2" w14:textId="77777777" w:rsidR="00811E8B" w:rsidRPr="00811E8B" w:rsidRDefault="00811E8B" w:rsidP="003C1C1F">
      <w:pPr>
        <w:rPr>
          <w:i/>
          <w:szCs w:val="24"/>
        </w:rPr>
      </w:pPr>
    </w:p>
    <w:p w14:paraId="5EA8BDE2" w14:textId="77777777" w:rsidR="00811E8B" w:rsidRPr="00811E8B" w:rsidRDefault="00811E8B" w:rsidP="003C1C1F">
      <w:pPr>
        <w:rPr>
          <w:i/>
          <w:szCs w:val="24"/>
        </w:rPr>
      </w:pPr>
    </w:p>
    <w:p w14:paraId="55C89328" w14:textId="0AC25960" w:rsidR="00811E8B" w:rsidRDefault="00811E8B">
      <w:pPr>
        <w:rPr>
          <w:i/>
          <w:szCs w:val="24"/>
        </w:rPr>
      </w:pPr>
      <w:r>
        <w:rPr>
          <w:i/>
          <w:szCs w:val="24"/>
        </w:rPr>
        <w:br w:type="page"/>
      </w:r>
    </w:p>
    <w:p w14:paraId="21C175B9" w14:textId="77777777" w:rsidR="00811E8B" w:rsidRP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  <w:sz w:val="24"/>
          <w:szCs w:val="24"/>
        </w:rPr>
      </w:pPr>
      <w:r w:rsidRPr="00811E8B">
        <w:rPr>
          <w:rFonts w:eastAsiaTheme="majorEastAsia" w:cstheme="majorBidi"/>
          <w:b/>
          <w:bCs/>
          <w:color w:val="4F81BD" w:themeColor="accent1"/>
          <w:sz w:val="24"/>
          <w:szCs w:val="24"/>
        </w:rPr>
        <w:lastRenderedPageBreak/>
        <w:t>Detailed budget</w:t>
      </w:r>
    </w:p>
    <w:p w14:paraId="4D73F986" w14:textId="18242440" w:rsidR="00811E8B" w:rsidRPr="00811E8B" w:rsidRDefault="00811E8B" w:rsidP="00811E8B">
      <w:pPr>
        <w:spacing w:after="0" w:line="240" w:lineRule="auto"/>
        <w:jc w:val="both"/>
        <w:rPr>
          <w:rFonts w:cstheme="minorHAnsi"/>
          <w:i/>
          <w:iCs/>
          <w:sz w:val="20"/>
          <w:szCs w:val="20"/>
        </w:rPr>
      </w:pPr>
      <w:r w:rsidRPr="00811E8B">
        <w:rPr>
          <w:rFonts w:cstheme="minorHAnsi"/>
          <w:i/>
          <w:iCs/>
          <w:sz w:val="20"/>
          <w:szCs w:val="20"/>
        </w:rPr>
        <w:t>Eligible expenses may include:</w:t>
      </w:r>
    </w:p>
    <w:p w14:paraId="753866D0" w14:textId="77777777" w:rsidR="00811E8B" w:rsidRPr="00811E8B" w:rsidRDefault="00811E8B" w:rsidP="00811E8B">
      <w:pPr>
        <w:pStyle w:val="ListParagraph"/>
        <w:numPr>
          <w:ilvl w:val="1"/>
          <w:numId w:val="10"/>
        </w:numPr>
        <w:spacing w:after="0" w:line="240" w:lineRule="auto"/>
        <w:jc w:val="both"/>
        <w:rPr>
          <w:rFonts w:cstheme="minorHAnsi"/>
          <w:i/>
          <w:iCs/>
          <w:sz w:val="20"/>
          <w:szCs w:val="20"/>
        </w:rPr>
      </w:pPr>
      <w:r w:rsidRPr="00811E8B">
        <w:rPr>
          <w:rFonts w:cstheme="minorHAnsi"/>
          <w:i/>
          <w:iCs/>
          <w:sz w:val="20"/>
          <w:szCs w:val="20"/>
        </w:rPr>
        <w:t xml:space="preserve">Personnel / </w:t>
      </w:r>
      <w:proofErr w:type="spellStart"/>
      <w:r w:rsidRPr="00811E8B">
        <w:rPr>
          <w:rFonts w:cstheme="minorHAnsi"/>
          <w:i/>
          <w:iCs/>
          <w:sz w:val="20"/>
          <w:szCs w:val="20"/>
        </w:rPr>
        <w:t>Labour</w:t>
      </w:r>
      <w:proofErr w:type="spellEnd"/>
    </w:p>
    <w:p w14:paraId="0FCD314D" w14:textId="77777777" w:rsidR="00811E8B" w:rsidRPr="00811E8B" w:rsidRDefault="00811E8B" w:rsidP="00811E8B">
      <w:pPr>
        <w:pStyle w:val="ListParagraph"/>
        <w:numPr>
          <w:ilvl w:val="1"/>
          <w:numId w:val="10"/>
        </w:numPr>
        <w:spacing w:after="0" w:line="240" w:lineRule="auto"/>
        <w:jc w:val="both"/>
        <w:rPr>
          <w:rFonts w:cstheme="minorHAnsi"/>
          <w:i/>
          <w:iCs/>
          <w:sz w:val="20"/>
          <w:szCs w:val="20"/>
        </w:rPr>
      </w:pPr>
      <w:r w:rsidRPr="00811E8B">
        <w:rPr>
          <w:rFonts w:cstheme="minorHAnsi"/>
          <w:i/>
          <w:iCs/>
          <w:sz w:val="20"/>
          <w:szCs w:val="20"/>
        </w:rPr>
        <w:t>Local travel</w:t>
      </w:r>
    </w:p>
    <w:p w14:paraId="4DE914A3" w14:textId="77777777" w:rsidR="00811E8B" w:rsidRPr="00811E8B" w:rsidRDefault="00811E8B" w:rsidP="00811E8B">
      <w:pPr>
        <w:pStyle w:val="ListParagraph"/>
        <w:numPr>
          <w:ilvl w:val="1"/>
          <w:numId w:val="10"/>
        </w:numPr>
        <w:spacing w:after="0" w:line="240" w:lineRule="auto"/>
        <w:jc w:val="both"/>
        <w:rPr>
          <w:rFonts w:cstheme="minorHAnsi"/>
          <w:i/>
          <w:iCs/>
          <w:sz w:val="20"/>
          <w:szCs w:val="20"/>
        </w:rPr>
      </w:pPr>
      <w:r w:rsidRPr="00811E8B">
        <w:rPr>
          <w:rFonts w:cstheme="minorHAnsi"/>
          <w:i/>
          <w:iCs/>
          <w:sz w:val="20"/>
          <w:szCs w:val="20"/>
        </w:rPr>
        <w:t>Equipment / Materials</w:t>
      </w:r>
    </w:p>
    <w:p w14:paraId="01C99DDD" w14:textId="77777777" w:rsidR="00811E8B" w:rsidRPr="00811E8B" w:rsidRDefault="00811E8B" w:rsidP="00811E8B">
      <w:pPr>
        <w:pStyle w:val="ListParagraph"/>
        <w:numPr>
          <w:ilvl w:val="1"/>
          <w:numId w:val="10"/>
        </w:numPr>
        <w:spacing w:after="0" w:line="240" w:lineRule="auto"/>
        <w:jc w:val="both"/>
        <w:rPr>
          <w:rFonts w:cstheme="minorHAnsi"/>
          <w:i/>
          <w:iCs/>
          <w:sz w:val="20"/>
          <w:szCs w:val="20"/>
        </w:rPr>
      </w:pPr>
      <w:r w:rsidRPr="00811E8B">
        <w:rPr>
          <w:rFonts w:cstheme="minorHAnsi"/>
          <w:i/>
          <w:iCs/>
          <w:sz w:val="20"/>
          <w:szCs w:val="20"/>
        </w:rPr>
        <w:t>Compensation for training / seminars / workshops</w:t>
      </w:r>
    </w:p>
    <w:p w14:paraId="2EB9E94C" w14:textId="77777777" w:rsidR="00811E8B" w:rsidRPr="00811E8B" w:rsidRDefault="00811E8B" w:rsidP="00811E8B">
      <w:pPr>
        <w:pStyle w:val="ListParagraph"/>
        <w:numPr>
          <w:ilvl w:val="1"/>
          <w:numId w:val="10"/>
        </w:numPr>
        <w:spacing w:after="0" w:line="240" w:lineRule="auto"/>
        <w:jc w:val="both"/>
        <w:rPr>
          <w:rFonts w:cstheme="minorHAnsi"/>
          <w:i/>
          <w:iCs/>
          <w:sz w:val="20"/>
          <w:szCs w:val="20"/>
        </w:rPr>
      </w:pPr>
      <w:r w:rsidRPr="00811E8B">
        <w:rPr>
          <w:rFonts w:cstheme="minorHAnsi"/>
          <w:i/>
          <w:iCs/>
          <w:sz w:val="20"/>
          <w:szCs w:val="20"/>
        </w:rPr>
        <w:t>Study materials for interventions</w:t>
      </w:r>
    </w:p>
    <w:p w14:paraId="2D37E36D" w14:textId="77777777" w:rsidR="00811E8B" w:rsidRPr="00811E8B" w:rsidRDefault="00811E8B" w:rsidP="00811E8B">
      <w:pPr>
        <w:pStyle w:val="ListParagraph"/>
        <w:numPr>
          <w:ilvl w:val="1"/>
          <w:numId w:val="10"/>
        </w:numPr>
        <w:spacing w:after="0" w:line="240" w:lineRule="auto"/>
        <w:jc w:val="both"/>
        <w:rPr>
          <w:rFonts w:cstheme="minorHAnsi"/>
          <w:i/>
          <w:iCs/>
          <w:sz w:val="20"/>
          <w:szCs w:val="20"/>
        </w:rPr>
      </w:pPr>
      <w:r w:rsidRPr="00811E8B">
        <w:rPr>
          <w:rFonts w:cstheme="minorHAnsi"/>
          <w:i/>
          <w:iCs/>
          <w:sz w:val="20"/>
          <w:szCs w:val="20"/>
        </w:rPr>
        <w:t>Other support requested</w:t>
      </w:r>
    </w:p>
    <w:p w14:paraId="17CF382A" w14:textId="77777777" w:rsidR="003656CB" w:rsidRPr="003656CB" w:rsidRDefault="003656CB" w:rsidP="003656CB">
      <w:pPr>
        <w:spacing w:after="0" w:line="240" w:lineRule="auto"/>
        <w:jc w:val="both"/>
        <w:rPr>
          <w:rFonts w:cstheme="minorHAnsi"/>
          <w:b/>
          <w:bCs/>
          <w:i/>
          <w:iCs/>
          <w:sz w:val="20"/>
          <w:szCs w:val="20"/>
        </w:rPr>
      </w:pPr>
      <w:r w:rsidRPr="003656CB">
        <w:rPr>
          <w:rFonts w:cstheme="minorHAnsi"/>
          <w:b/>
          <w:bCs/>
          <w:i/>
          <w:iCs/>
          <w:sz w:val="20"/>
          <w:szCs w:val="20"/>
        </w:rPr>
        <w:t xml:space="preserve">Do not combine and lump sum costs. </w:t>
      </w:r>
    </w:p>
    <w:p w14:paraId="03AA70F6" w14:textId="33EFDD6D" w:rsidR="003656CB" w:rsidRPr="003656CB" w:rsidRDefault="003656CB" w:rsidP="003656CB">
      <w:pPr>
        <w:spacing w:after="0" w:line="240" w:lineRule="auto"/>
        <w:jc w:val="both"/>
        <w:rPr>
          <w:rFonts w:cstheme="minorHAnsi"/>
          <w:b/>
          <w:bCs/>
          <w:i/>
          <w:iCs/>
          <w:sz w:val="20"/>
          <w:szCs w:val="20"/>
        </w:rPr>
      </w:pPr>
      <w:r>
        <w:rPr>
          <w:rFonts w:cstheme="minorHAnsi"/>
          <w:b/>
          <w:bCs/>
          <w:i/>
          <w:iCs/>
          <w:sz w:val="20"/>
          <w:szCs w:val="20"/>
        </w:rPr>
        <w:t>C</w:t>
      </w:r>
      <w:r w:rsidRPr="003656CB">
        <w:rPr>
          <w:rFonts w:cstheme="minorHAnsi"/>
          <w:b/>
          <w:bCs/>
          <w:i/>
          <w:iCs/>
          <w:sz w:val="20"/>
          <w:szCs w:val="20"/>
        </w:rPr>
        <w:t xml:space="preserve">ontingency funds </w:t>
      </w:r>
      <w:r>
        <w:rPr>
          <w:rFonts w:cstheme="minorHAnsi"/>
          <w:b/>
          <w:bCs/>
          <w:i/>
          <w:iCs/>
          <w:sz w:val="20"/>
          <w:szCs w:val="20"/>
        </w:rPr>
        <w:t>are not eligible</w:t>
      </w:r>
      <w:r w:rsidRPr="003656CB">
        <w:rPr>
          <w:rFonts w:cstheme="minorHAnsi"/>
          <w:b/>
          <w:bCs/>
          <w:i/>
          <w:iCs/>
          <w:sz w:val="20"/>
          <w:szCs w:val="20"/>
        </w:rPr>
        <w:t xml:space="preserve">. </w:t>
      </w:r>
    </w:p>
    <w:p w14:paraId="3E39C030" w14:textId="77777777" w:rsidR="00811E8B" w:rsidRDefault="00811E8B" w:rsidP="00811E8B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p w14:paraId="0E77D817" w14:textId="77777777" w:rsid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</w:rPr>
      </w:pPr>
    </w:p>
    <w:p w14:paraId="550D1B0F" w14:textId="77777777" w:rsid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</w:rPr>
      </w:pPr>
    </w:p>
    <w:p w14:paraId="45B159FF" w14:textId="77777777" w:rsid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</w:rPr>
      </w:pPr>
    </w:p>
    <w:p w14:paraId="1E08961E" w14:textId="77777777" w:rsid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</w:rPr>
      </w:pPr>
    </w:p>
    <w:p w14:paraId="548F958B" w14:textId="77777777" w:rsid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</w:rPr>
      </w:pPr>
    </w:p>
    <w:p w14:paraId="09EF0500" w14:textId="77777777" w:rsid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</w:rPr>
      </w:pPr>
    </w:p>
    <w:p w14:paraId="4F930F07" w14:textId="77777777" w:rsid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</w:rPr>
      </w:pPr>
    </w:p>
    <w:p w14:paraId="146A4A08" w14:textId="77777777" w:rsid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</w:rPr>
      </w:pPr>
    </w:p>
    <w:p w14:paraId="378A1072" w14:textId="77777777" w:rsid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</w:rPr>
      </w:pPr>
    </w:p>
    <w:p w14:paraId="5BFDDC72" w14:textId="77777777" w:rsid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</w:rPr>
      </w:pPr>
    </w:p>
    <w:p w14:paraId="30399DC5" w14:textId="77777777" w:rsid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</w:rPr>
      </w:pPr>
    </w:p>
    <w:p w14:paraId="4A368CAE" w14:textId="77777777" w:rsid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</w:rPr>
      </w:pPr>
    </w:p>
    <w:p w14:paraId="3F17B7CE" w14:textId="77777777" w:rsid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</w:rPr>
      </w:pPr>
    </w:p>
    <w:p w14:paraId="0E3FEC6F" w14:textId="77777777" w:rsid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</w:rPr>
      </w:pPr>
    </w:p>
    <w:p w14:paraId="45B82D51" w14:textId="77777777" w:rsid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</w:rPr>
      </w:pPr>
    </w:p>
    <w:p w14:paraId="718A8C03" w14:textId="77777777" w:rsid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</w:rPr>
      </w:pPr>
    </w:p>
    <w:p w14:paraId="4F36D8C1" w14:textId="77777777" w:rsid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</w:rPr>
      </w:pPr>
    </w:p>
    <w:p w14:paraId="1DA4E115" w14:textId="77777777" w:rsidR="00811E8B" w:rsidRDefault="00811E8B">
      <w:pPr>
        <w:rPr>
          <w:rFonts w:eastAsiaTheme="majorEastAsia" w:cstheme="majorBidi"/>
          <w:b/>
          <w:bCs/>
          <w:color w:val="4F81BD" w:themeColor="accent1"/>
        </w:rPr>
      </w:pPr>
      <w:r>
        <w:rPr>
          <w:rFonts w:eastAsiaTheme="majorEastAsia" w:cstheme="majorBidi"/>
          <w:b/>
          <w:bCs/>
          <w:color w:val="4F81BD" w:themeColor="accent1"/>
        </w:rPr>
        <w:br w:type="page"/>
      </w:r>
    </w:p>
    <w:p w14:paraId="49FB50BB" w14:textId="04968625" w:rsidR="00811E8B" w:rsidRPr="00811E8B" w:rsidRDefault="00811E8B" w:rsidP="00811E8B">
      <w:pPr>
        <w:spacing w:after="0" w:line="240" w:lineRule="auto"/>
        <w:jc w:val="both"/>
        <w:rPr>
          <w:rFonts w:eastAsiaTheme="majorEastAsia" w:cstheme="majorBidi"/>
          <w:b/>
          <w:bCs/>
          <w:color w:val="4F81BD" w:themeColor="accent1"/>
          <w:sz w:val="24"/>
          <w:szCs w:val="24"/>
        </w:rPr>
      </w:pPr>
      <w:r w:rsidRPr="00811E8B">
        <w:rPr>
          <w:rFonts w:eastAsiaTheme="majorEastAsia" w:cstheme="majorBidi"/>
          <w:b/>
          <w:bCs/>
          <w:color w:val="4F81BD" w:themeColor="accent1"/>
          <w:sz w:val="24"/>
          <w:szCs w:val="24"/>
        </w:rPr>
        <w:lastRenderedPageBreak/>
        <w:t xml:space="preserve">Budget justification </w:t>
      </w:r>
    </w:p>
    <w:p w14:paraId="541C9CC5" w14:textId="4954F35E" w:rsidR="00811E8B" w:rsidRDefault="00811E8B" w:rsidP="00811E8B">
      <w:pPr>
        <w:spacing w:after="0" w:line="240" w:lineRule="auto"/>
        <w:jc w:val="both"/>
        <w:rPr>
          <w:rFonts w:cstheme="minorHAnsi"/>
          <w:i/>
          <w:iCs/>
          <w:sz w:val="20"/>
          <w:szCs w:val="20"/>
        </w:rPr>
      </w:pPr>
      <w:r w:rsidRPr="00811E8B">
        <w:rPr>
          <w:rFonts w:cstheme="minorHAnsi"/>
          <w:i/>
          <w:iCs/>
          <w:sz w:val="20"/>
          <w:szCs w:val="20"/>
        </w:rPr>
        <w:t>For</w:t>
      </w:r>
      <w:r w:rsidRPr="00811E8B">
        <w:rPr>
          <w:rFonts w:cstheme="minorHAnsi"/>
          <w:i/>
          <w:iCs/>
          <w:sz w:val="20"/>
          <w:szCs w:val="20"/>
          <w:u w:val="single"/>
        </w:rPr>
        <w:t xml:space="preserve"> each budget item </w:t>
      </w:r>
      <w:r w:rsidRPr="00811E8B">
        <w:rPr>
          <w:rFonts w:cstheme="minorHAnsi"/>
          <w:i/>
          <w:iCs/>
          <w:sz w:val="20"/>
          <w:szCs w:val="20"/>
        </w:rPr>
        <w:t xml:space="preserve">provide a paragraph explanation, including supporting documentation where applicable. </w:t>
      </w:r>
    </w:p>
    <w:p w14:paraId="723D2FF4" w14:textId="77777777" w:rsidR="003656CB" w:rsidRPr="003656CB" w:rsidRDefault="003656CB" w:rsidP="003656CB">
      <w:pPr>
        <w:spacing w:after="0" w:line="240" w:lineRule="auto"/>
        <w:jc w:val="both"/>
        <w:rPr>
          <w:rFonts w:cstheme="minorHAnsi"/>
          <w:b/>
          <w:bCs/>
          <w:i/>
          <w:iCs/>
          <w:sz w:val="20"/>
          <w:szCs w:val="20"/>
        </w:rPr>
      </w:pPr>
      <w:r w:rsidRPr="003656CB">
        <w:rPr>
          <w:rFonts w:cstheme="minorHAnsi"/>
          <w:b/>
          <w:bCs/>
          <w:i/>
          <w:iCs/>
          <w:sz w:val="20"/>
          <w:szCs w:val="20"/>
        </w:rPr>
        <w:t xml:space="preserve">Detail and itemize the cost (for example, number of hours of effort and cost per hour), number of items and cost per item, and the time it will be done. </w:t>
      </w:r>
    </w:p>
    <w:p w14:paraId="68C0DC38" w14:textId="517B016B" w:rsidR="003656CB" w:rsidRPr="00811E8B" w:rsidRDefault="003656CB" w:rsidP="003656CB">
      <w:pPr>
        <w:spacing w:after="0" w:line="240" w:lineRule="auto"/>
        <w:jc w:val="both"/>
        <w:rPr>
          <w:rFonts w:cstheme="minorHAnsi"/>
          <w:b/>
          <w:bCs/>
          <w:i/>
          <w:iCs/>
          <w:sz w:val="20"/>
          <w:szCs w:val="20"/>
        </w:rPr>
      </w:pPr>
      <w:r w:rsidRPr="003656CB">
        <w:rPr>
          <w:rFonts w:cstheme="minorHAnsi"/>
          <w:b/>
          <w:bCs/>
          <w:i/>
          <w:iCs/>
          <w:sz w:val="20"/>
          <w:szCs w:val="20"/>
        </w:rPr>
        <w:t xml:space="preserve">Describe the details of what will be done by </w:t>
      </w:r>
      <w:r>
        <w:rPr>
          <w:rFonts w:cstheme="minorHAnsi"/>
          <w:b/>
          <w:bCs/>
          <w:i/>
          <w:iCs/>
          <w:sz w:val="20"/>
          <w:szCs w:val="20"/>
        </w:rPr>
        <w:t>each</w:t>
      </w:r>
      <w:r w:rsidRPr="003656CB">
        <w:rPr>
          <w:rFonts w:cstheme="minorHAnsi"/>
          <w:b/>
          <w:bCs/>
          <w:i/>
          <w:iCs/>
          <w:sz w:val="20"/>
          <w:szCs w:val="20"/>
        </w:rPr>
        <w:t xml:space="preserve"> person or why the item is needed for purchase. </w:t>
      </w:r>
    </w:p>
    <w:p w14:paraId="5CEB644E" w14:textId="77777777" w:rsidR="00811E8B" w:rsidRPr="00811E8B" w:rsidRDefault="00811E8B" w:rsidP="003C1C1F">
      <w:pPr>
        <w:rPr>
          <w:i/>
          <w:szCs w:val="24"/>
        </w:rPr>
      </w:pPr>
    </w:p>
    <w:sectPr w:rsidR="00811E8B" w:rsidRPr="00811E8B" w:rsidSect="003C1C1F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2749B3" w14:textId="77777777" w:rsidR="00DE12EB" w:rsidRDefault="00DE12EB" w:rsidP="00DE12EB">
      <w:pPr>
        <w:spacing w:after="0" w:line="240" w:lineRule="auto"/>
      </w:pPr>
      <w:r>
        <w:separator/>
      </w:r>
    </w:p>
  </w:endnote>
  <w:endnote w:type="continuationSeparator" w:id="0">
    <w:p w14:paraId="13A4B842" w14:textId="77777777" w:rsidR="00DE12EB" w:rsidRDefault="00DE12EB" w:rsidP="00DE12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700908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C7D37A" w14:textId="71028214" w:rsidR="00DE12EB" w:rsidRDefault="00DE12E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9ACD8AE" w14:textId="77777777" w:rsidR="00DE12EB" w:rsidRDefault="00DE12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130FD" w14:textId="77777777" w:rsidR="00DE12EB" w:rsidRDefault="00DE12EB" w:rsidP="00DE12EB">
      <w:pPr>
        <w:spacing w:after="0" w:line="240" w:lineRule="auto"/>
      </w:pPr>
      <w:r>
        <w:separator/>
      </w:r>
    </w:p>
  </w:footnote>
  <w:footnote w:type="continuationSeparator" w:id="0">
    <w:p w14:paraId="529B44D6" w14:textId="77777777" w:rsidR="00DE12EB" w:rsidRDefault="00DE12EB" w:rsidP="00DE12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ACC44D6"/>
    <w:multiLevelType w:val="hybridMultilevel"/>
    <w:tmpl w:val="50B0C8E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E155B4"/>
    <w:multiLevelType w:val="hybridMultilevel"/>
    <w:tmpl w:val="0658E2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5F771E"/>
    <w:multiLevelType w:val="hybridMultilevel"/>
    <w:tmpl w:val="753E45CA"/>
    <w:lvl w:ilvl="0" w:tplc="6E08C064">
      <w:start w:val="21"/>
      <w:numFmt w:val="bullet"/>
      <w:lvlText w:val="-"/>
      <w:lvlJc w:val="left"/>
      <w:pPr>
        <w:ind w:left="99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num w:numId="1" w16cid:durableId="397289143">
    <w:abstractNumId w:val="8"/>
  </w:num>
  <w:num w:numId="2" w16cid:durableId="328220068">
    <w:abstractNumId w:val="6"/>
  </w:num>
  <w:num w:numId="3" w16cid:durableId="1691447608">
    <w:abstractNumId w:val="5"/>
  </w:num>
  <w:num w:numId="4" w16cid:durableId="1787962210">
    <w:abstractNumId w:val="4"/>
  </w:num>
  <w:num w:numId="5" w16cid:durableId="569734576">
    <w:abstractNumId w:val="7"/>
  </w:num>
  <w:num w:numId="6" w16cid:durableId="1209492067">
    <w:abstractNumId w:val="3"/>
  </w:num>
  <w:num w:numId="7" w16cid:durableId="753092550">
    <w:abstractNumId w:val="2"/>
  </w:num>
  <w:num w:numId="8" w16cid:durableId="1215698246">
    <w:abstractNumId w:val="1"/>
  </w:num>
  <w:num w:numId="9" w16cid:durableId="344596705">
    <w:abstractNumId w:val="0"/>
  </w:num>
  <w:num w:numId="10" w16cid:durableId="1520972387">
    <w:abstractNumId w:val="11"/>
  </w:num>
  <w:num w:numId="11" w16cid:durableId="1110735978">
    <w:abstractNumId w:val="9"/>
  </w:num>
  <w:num w:numId="12" w16cid:durableId="79626370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44450"/>
    <w:rsid w:val="0015074B"/>
    <w:rsid w:val="00214C43"/>
    <w:rsid w:val="0029639D"/>
    <w:rsid w:val="00326F90"/>
    <w:rsid w:val="003656CB"/>
    <w:rsid w:val="003C1C1F"/>
    <w:rsid w:val="003C4553"/>
    <w:rsid w:val="004A7524"/>
    <w:rsid w:val="00504FCD"/>
    <w:rsid w:val="00692C72"/>
    <w:rsid w:val="007C14B2"/>
    <w:rsid w:val="00811E8B"/>
    <w:rsid w:val="00A25C06"/>
    <w:rsid w:val="00AA1D8D"/>
    <w:rsid w:val="00B47730"/>
    <w:rsid w:val="00B73CD8"/>
    <w:rsid w:val="00CB0664"/>
    <w:rsid w:val="00DC1889"/>
    <w:rsid w:val="00DE12EB"/>
    <w:rsid w:val="00E164F9"/>
    <w:rsid w:val="00ED2ED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E7ED25"/>
  <w14:defaultImageDpi w14:val="330"/>
  <w15:docId w15:val="{F187CA69-02AD-47C8-9C0B-604C58BDE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92C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2C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13BB608-68CD-44D2-9A82-8A72FF875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512</Words>
  <Characters>3149</Characters>
  <Application>Microsoft Office Word</Application>
  <DocSecurity>0</DocSecurity>
  <Lines>349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3600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Pappas, Konstantinos</cp:lastModifiedBy>
  <cp:revision>3</cp:revision>
  <dcterms:created xsi:type="dcterms:W3CDTF">2025-09-30T22:11:00Z</dcterms:created>
  <dcterms:modified xsi:type="dcterms:W3CDTF">2025-10-01T15:09:00Z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6e8edfa07630702b8b805aa8ac05872202996360846b85920be66ea0960116f9</vt:lpwstr>
  </property>
</Properties>
</file>